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C45D" w14:textId="77777777" w:rsidR="00531A3A" w:rsidRPr="003F2597" w:rsidRDefault="00000000">
      <w:pPr>
        <w:jc w:val="center"/>
        <w:rPr>
          <w:rFonts w:ascii="Calibri" w:hAnsi="Calibri" w:cs="Calibri"/>
          <w:sz w:val="24"/>
          <w:szCs w:val="24"/>
          <w:lang w:val="pl-PL"/>
        </w:rPr>
      </w:pPr>
      <w:r w:rsidRPr="003F2597">
        <w:rPr>
          <w:rFonts w:ascii="Calibri" w:hAnsi="Calibri" w:cs="Calibri"/>
          <w:b/>
          <w:sz w:val="24"/>
          <w:szCs w:val="24"/>
          <w:lang w:val="pl-PL"/>
        </w:rPr>
        <w:t>WYMAGANIA EDUKACYJNE – EDUKACJA WCZESNOSZKOLNA, KLASA I</w:t>
      </w:r>
    </w:p>
    <w:p w14:paraId="16BB453E" w14:textId="77777777" w:rsidR="00531A3A" w:rsidRPr="003F2597" w:rsidRDefault="00000000">
      <w:pPr>
        <w:spacing w:before="120" w:after="60"/>
        <w:rPr>
          <w:rFonts w:ascii="Calibri" w:hAnsi="Calibri" w:cs="Calibri"/>
          <w:sz w:val="24"/>
          <w:szCs w:val="24"/>
        </w:rPr>
      </w:pPr>
      <w:r w:rsidRPr="003F2597">
        <w:rPr>
          <w:rFonts w:ascii="Calibri" w:hAnsi="Calibri" w:cs="Calibri"/>
          <w:b/>
          <w:sz w:val="24"/>
          <w:szCs w:val="24"/>
        </w:rPr>
        <w:t>EDUKACJA JĘZYKOWA – POLONISTYCZNA</w:t>
      </w:r>
    </w:p>
    <w:p w14:paraId="295C1153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KOMUNIKACJA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3483C409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160AA" w14:textId="0EC8798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 xml:space="preserve">6 – </w:t>
            </w:r>
            <w:proofErr w:type="spellStart"/>
            <w:r w:rsidRPr="003F2597">
              <w:rPr>
                <w:rFonts w:ascii="Calibri" w:hAnsi="Calibri" w:cs="Calibri"/>
                <w:b/>
                <w:sz w:val="18"/>
                <w:szCs w:val="18"/>
              </w:rPr>
              <w:t>cel</w:t>
            </w:r>
            <w:r w:rsidR="003F2597">
              <w:rPr>
                <w:rFonts w:ascii="Calibri" w:hAnsi="Calibri" w:cs="Calibri"/>
                <w:b/>
                <w:sz w:val="18"/>
                <w:szCs w:val="18"/>
              </w:rPr>
              <w:t>ujący</w:t>
            </w:r>
            <w:proofErr w:type="spellEnd"/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6267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F3CE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FFA224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BF21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1126C00E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4590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słucha z uwagą wypowiedzi rówieśników i dorosłych; w razie potrzeby potrafi wykorzystać umiejętność w nowej sytuacji.</w:t>
            </w:r>
          </w:p>
          <w:p w14:paraId="47D8072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słucha tekstów literackich, wierszy i lektur czytanych przez nauczyciela oraz rówieśników, rozmawia; w razie potrzeby potrafi wykorzystać umiejętność w nowej sytuacji.</w:t>
            </w:r>
          </w:p>
          <w:p w14:paraId="45976A6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zadaje pytania na podstawie wysłuchanych informacji, wypowiedzi ustnych nauczyciela, uczniów; w razie potrzeby potrafi wykorzystać umiejętność w nowej sytuacji.</w:t>
            </w:r>
          </w:p>
          <w:p w14:paraId="5CDA390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buduje kilkuzdaniową wypowiedź na podstawie pytań, dotyczącą tekstu, książki, opowiadania lub; w razie potrzeby potrafi wykorzystać umiejętność w nowej sytuacji.</w:t>
            </w:r>
          </w:p>
          <w:p w14:paraId="3ACA973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układa odpowiedzi na pytania w formie zdań; w razie potrzeby potrafi wykorzystać umiejętność w nowej sytuacji.</w:t>
            </w:r>
          </w:p>
          <w:p w14:paraId="0916D78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układa z rozsypanki zdaniowej życzenia i ogłoszenie, a także zapisuje krótkie życzenia i podzięko-;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6BCF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słucha z uwagą wypowiedzi rówieśników i dorosłych.</w:t>
            </w:r>
          </w:p>
          <w:p w14:paraId="369B492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słucha tekstów literackich, wierszy i lektur czytanych przez nauczyciela oraz rówieśników, rozmawia.</w:t>
            </w:r>
          </w:p>
          <w:p w14:paraId="7E527B0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zadaje pytania na podstawie wysłuchanych informacji, wypowiedzi ustnych nauczyciela, uczniów.</w:t>
            </w:r>
          </w:p>
          <w:p w14:paraId="3D4723F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buduje kilkuzdaniową wypowiedź na podstawie pytań, dotyczącą tekstu, książki, opowiadania lub.</w:t>
            </w:r>
          </w:p>
          <w:p w14:paraId="6D3BCC5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układa odpowiedzi na pytania w formie zdań.</w:t>
            </w:r>
          </w:p>
          <w:p w14:paraId="2A1A167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układa z rozsypanki zdaniowej życzenia i ogłoszenie, a także zapisuje krótkie życzenia i podzięko-.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DDBC4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słucha z uwagą wypowiedzi rówieśników i dorosłych; popełnia nieliczne błędy.</w:t>
            </w:r>
          </w:p>
          <w:p w14:paraId="668E090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słucha tekstów literackich, wierszy i lektur czytanych przez nauczyciela oraz rówieśników, rozmawia; popełnia nieliczne błędy.</w:t>
            </w:r>
          </w:p>
          <w:p w14:paraId="71FE163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zadaje pytania na podstawie wysłuchanych informacji, wypowiedzi ustnych nauczyciela, uczniów; popełnia nieliczne błędy.</w:t>
            </w:r>
          </w:p>
          <w:p w14:paraId="3BA6CAF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buduje kilkuzdaniową wypowiedź na podstawie pytań, dotyczącą tekstu, książki, opowiadania lub; popełnia nieliczne błędy.</w:t>
            </w:r>
          </w:p>
          <w:p w14:paraId="08C54C2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układa odpowiedzi na pytania w formie zdań; popełnia nieliczne błędy.</w:t>
            </w:r>
          </w:p>
          <w:p w14:paraId="14077FF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układa z rozsypanki zdaniowej życzenia i ogłoszenie, a także zapisuje krótkie życzenia i podzięko-;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5BE2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słucha z uwagą wypowiedzi rówieśników i dorosłych; wymaga utrwalenia umiejętności.</w:t>
            </w:r>
          </w:p>
          <w:p w14:paraId="031C2B8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słucha tekstów literackich, wierszy i lektur czytanych przez nauczyciela oraz rówieśników, rozmawia; wymaga utrwalenia umiejętności.</w:t>
            </w:r>
          </w:p>
          <w:p w14:paraId="6ABE48E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zadaje pytania na podstawie wysłuchanych informacji, wypowiedzi ustnych nauczyciela, uczniów; wymaga utrwalenia umiejętności.</w:t>
            </w:r>
          </w:p>
          <w:p w14:paraId="20FEEF7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buduje kilkuzdaniową wypowiedź na podstawie pytań, dotyczącą tekstu, książki, opowiadania lub; wymaga utrwalenia umiejętności.</w:t>
            </w:r>
          </w:p>
          <w:p w14:paraId="6F350E7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układa odpowiedzi na pytania w formie zdań; wymaga utrwalenia umiejętności.</w:t>
            </w:r>
          </w:p>
          <w:p w14:paraId="617865C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układa z rozsypanki zdaniowej życzenia i ogłoszenie, a także zapisuje krótkie życzenia i podzięko-;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4B9C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słucha z uwagą wypowiedzi rówieśników i dorosłych.</w:t>
            </w:r>
          </w:p>
          <w:p w14:paraId="7BB84CF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słucha tekstów literackich, wierszy i lektur czytanych przez nauczyciela oraz rówieśników, rozmawia.</w:t>
            </w:r>
          </w:p>
          <w:p w14:paraId="686D0CE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zadaje pytania na podstawie wysłuchanych informacji, wypowiedzi ustnych nauczyciela, uczniów.</w:t>
            </w:r>
          </w:p>
          <w:p w14:paraId="3A95A34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buduje kilkuzdaniową wypowiedź na podstawie pytań, dotyczącą tekstu, książki, opowiadania lub.</w:t>
            </w:r>
          </w:p>
          <w:p w14:paraId="19A6E4E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układa odpowiedzi na pytania w formie zdań.</w:t>
            </w:r>
          </w:p>
          <w:p w14:paraId="32A8CF5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układa z rozsypanki zdaniowej życzenia i ogłoszenie, a także zapisuje krótkie życzenia i podzięko-.</w:t>
            </w:r>
          </w:p>
        </w:tc>
      </w:tr>
    </w:tbl>
    <w:p w14:paraId="16A29A34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ODKRYWANIE I UŻYWANIE JĘZYKA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3EC4AE9F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26A7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A820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B7F64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2FD4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EBD12E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23EE2876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BEC9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wypowiada się na temat wysłuchanego audiobooka; w razie potrzeby potrafi wykorzystać umiejętność w nowej sytuacji.</w:t>
            </w:r>
          </w:p>
          <w:p w14:paraId="39604D1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zadanie zgodnie z usłyszaną instrukcją; w razie potrzeby potrafi wykorzystać umiejętność w nowej sytuacji.</w:t>
            </w:r>
          </w:p>
          <w:p w14:paraId="3E7A95A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opowiada historyjki obrazkowe, układając obrazki we właściwej kolejności; w razie potrzeby potrafi wykorzystać umiejętność w nowej sytuacji.</w:t>
            </w:r>
          </w:p>
          <w:p w14:paraId="7FCC95F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układa pytania oraz wypowiedzi ustne na podstawie ilustracji, historyjki obrazkowej, opowiadania,; w razie potrzeby potrafi wykorzystać umiejętność w nowej sytuacji.</w:t>
            </w:r>
          </w:p>
          <w:p w14:paraId="66A109B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wskazuje postacie główne i drugoplanowe, określa cechy bohaterów i ocenia ich postępowanie; w razie potrzeby potrafi wykorzystać umiejętność w nowej sytuacji.</w:t>
            </w:r>
          </w:p>
          <w:p w14:paraId="4AFE1F6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odróżnia wiersz od utworu prozatorskiego; w razie potrzeby potrafi wykorzystać umiejętność w nowej sytuacji.</w:t>
            </w:r>
          </w:p>
          <w:p w14:paraId="120854B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wyszukuje w tekście fragmenty na podany temat; w razie potrzeby potrafi wykorzystać umiejętność w nowej sytuacji.</w:t>
            </w:r>
          </w:p>
          <w:p w14:paraId="64A5D7B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tworzy nową wersję opowiadania, dodając postacie, przedmioty i atrybuty; w razie potrzeby potrafi wykorzystać umiejętność w nowej sytuacji.</w:t>
            </w:r>
          </w:p>
          <w:p w14:paraId="4950E03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prezentuje przeczytaną książkę wybraną indywidualnie i w grupie; w razie potrzeby potrafi wykorzystać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umiejętność w nowej sytuacji.</w:t>
            </w:r>
          </w:p>
          <w:p w14:paraId="3EB6974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uczy się ich na pamięć wierszy i podejmuje próby naśladowania wzorcowej recytacji;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6CEA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wypowiada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się na temat wysłuchanego audiobooka.</w:t>
            </w:r>
          </w:p>
          <w:p w14:paraId="34C264D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zadanie zgodnie z usłyszaną instrukcją.</w:t>
            </w:r>
          </w:p>
          <w:p w14:paraId="20A337F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opowiada historyjki obrazkowe, układając obrazki we właściwej kolejności.</w:t>
            </w:r>
          </w:p>
          <w:p w14:paraId="30A5D5F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układa pytania oraz wypowiedzi ustne na podstawie ilustracji, historyjki obrazkowej, opowiadania,.</w:t>
            </w:r>
          </w:p>
          <w:p w14:paraId="650F490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wskazuje postacie główne i drugoplanowe, określa cechy bohaterów i ocenia ich postępowanie.</w:t>
            </w:r>
          </w:p>
          <w:p w14:paraId="1670ECD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odróżnia wiersz od utworu prozatorskiego.</w:t>
            </w:r>
          </w:p>
          <w:p w14:paraId="053A5AB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wyszukuje w tekście fragmenty na podany temat.</w:t>
            </w:r>
          </w:p>
          <w:p w14:paraId="2AB6957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tworzy nową wersję opowiadania, dodając postacie, przedmioty i atrybuty.</w:t>
            </w:r>
          </w:p>
          <w:p w14:paraId="3991BE0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prezentuje przeczytaną książkę wybraną indywidualnie i w grupie.</w:t>
            </w:r>
          </w:p>
          <w:p w14:paraId="2734797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uczy się ich na pamięć wierszy i podejmuje próby naśladowania wzorcowej recytacji.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4E9C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wypowiada się na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temat wysłuchanego audiobooka; popełnia nieliczne błędy.</w:t>
            </w:r>
          </w:p>
          <w:p w14:paraId="5A285FF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zadanie zgodnie z usłyszaną instrukcją; popełnia nieliczne błędy.</w:t>
            </w:r>
          </w:p>
          <w:p w14:paraId="59F5575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opowiada historyjki obrazkowe, układając obrazki we właściwej kolejności; popełnia nieliczne błędy.</w:t>
            </w:r>
          </w:p>
          <w:p w14:paraId="3423DC8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układa pytania oraz wypowiedzi ustne na podstawie ilustracji, historyjki obrazkowej, opowiadania,; popełnia nieliczne błędy.</w:t>
            </w:r>
          </w:p>
          <w:p w14:paraId="5ECFE48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wskazuje postacie główne i drugoplanowe, określa cechy bohaterów i ocenia ich postępowanie; popełnia nieliczne błędy.</w:t>
            </w:r>
          </w:p>
          <w:p w14:paraId="688020A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odróżnia wiersz od utworu prozatorskiego; popełnia nieliczne błędy.</w:t>
            </w:r>
          </w:p>
          <w:p w14:paraId="1671BDA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wyszukuje w tekście fragmenty na podany temat; popełnia nieliczne błędy.</w:t>
            </w:r>
          </w:p>
          <w:p w14:paraId="2485635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tworzy nową wersję opowiadania, dodając postacie, przedmioty i atrybuty; popełnia nieliczne błędy.</w:t>
            </w:r>
          </w:p>
          <w:p w14:paraId="2C41F3B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prezentuje przeczytaną książkę wybraną indywidualnie i w grupie; popełnia nieliczne błędy.</w:t>
            </w:r>
          </w:p>
          <w:p w14:paraId="792FF39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uczy się ich na pamięć wierszy i podejmuje próby naśladowania wzorcowej recytacji;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103E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wypowiada się na temat wysłuchanego audiobooka; wymaga utrwalenia umiejętności.</w:t>
            </w:r>
          </w:p>
          <w:p w14:paraId="1F20A91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zadanie zgodnie z usłyszaną instrukcją; wymaga utrwalenia umiejętności.</w:t>
            </w:r>
          </w:p>
          <w:p w14:paraId="430392D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opowiada historyjki obrazkowe, układając obrazki we właściwej kolejności; wymaga utrwalenia umiejętności.</w:t>
            </w:r>
          </w:p>
          <w:p w14:paraId="7B25713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układa pytania oraz wypowiedzi ustne na podstawie ilustracji, historyjki obrazkowej, opowiadania,; wymaga utrwalenia umiejętności.</w:t>
            </w:r>
          </w:p>
          <w:p w14:paraId="6675116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wskazuje postacie główne i drugoplanowe, określa cechy bohaterów i ocenia ich postępowanie; wymaga utrwalenia umiejętności.</w:t>
            </w:r>
          </w:p>
          <w:p w14:paraId="3429DF7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odróżnia wiersz od utworu prozatorskiego; wymaga utrwalenia umiejętności.</w:t>
            </w:r>
          </w:p>
          <w:p w14:paraId="456E5E1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wyszukuje w tekście fragmenty na podany temat; wymaga utrwalenia umiejętności.</w:t>
            </w:r>
          </w:p>
          <w:p w14:paraId="361BDF3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tworzy nową wersję opowiadania, dodając postacie, przedmioty i atrybuty; wymaga utrwalenia umiejętności.</w:t>
            </w:r>
          </w:p>
          <w:p w14:paraId="664DF79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prezentuje przeczytaną książkę wybraną indywidualnie i w grupie; wymaga utrwalenia umiejętności.</w:t>
            </w:r>
          </w:p>
          <w:p w14:paraId="581F92A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uczy się ich na pamięć wierszy i podejmuje próby naśladowania wzorcowej recytacji;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9D8C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wykonania zadania i opanowuje podstawowy zakres umiejętności: wypowiada się na temat wysłuchanego audiobooka.</w:t>
            </w:r>
          </w:p>
          <w:p w14:paraId="020D0D8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zadanie zgodnie z usłyszaną instrukcją.</w:t>
            </w:r>
          </w:p>
          <w:p w14:paraId="49CD9ED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opowiada historyjki obrazkowe, układając obrazki we właściwej kolejności.</w:t>
            </w:r>
          </w:p>
          <w:p w14:paraId="7054201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układa pytania oraz wypowiedzi ustne na podstawie ilustracji, historyjki obrazkowej, opowiadania,.</w:t>
            </w:r>
          </w:p>
          <w:p w14:paraId="665FC56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wskazuje postacie główne i drugoplanowe, określa cechy bohaterów i ocenia ich postępowanie.</w:t>
            </w:r>
          </w:p>
          <w:p w14:paraId="03240EE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odróżnia wiersz od utworu prozatorskiego.</w:t>
            </w:r>
          </w:p>
          <w:p w14:paraId="195C86A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wyszukuje w tekście fragmenty na podany temat.</w:t>
            </w:r>
          </w:p>
          <w:p w14:paraId="0DA6097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tworzy nową wersję opowiadania, dodając postacie, przedmioty i atrybuty.</w:t>
            </w:r>
          </w:p>
          <w:p w14:paraId="35C4DF9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prezentuje przeczytaną książkę wybraną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indywidualnie i w grupie.</w:t>
            </w:r>
          </w:p>
          <w:p w14:paraId="5CC2456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uczy się ich na pamięć wierszy i podejmuje próby naśladowania wzorcowej recytacji.</w:t>
            </w:r>
          </w:p>
        </w:tc>
      </w:tr>
    </w:tbl>
    <w:p w14:paraId="029303BF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lastRenderedPageBreak/>
        <w:t>ŚWIADOMOŚĆ JĘZYKOWA, W TYM WIEDZA O TYM JĘZYKU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1B4A0D74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377C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 xml:space="preserve">6 – </w:t>
            </w:r>
            <w:proofErr w:type="spellStart"/>
            <w:r w:rsidRPr="003F2597">
              <w:rPr>
                <w:rFonts w:ascii="Calibri" w:hAnsi="Calibri" w:cs="Calibri"/>
                <w:b/>
                <w:sz w:val="18"/>
                <w:szCs w:val="18"/>
              </w:rPr>
              <w:t>celujący</w:t>
            </w:r>
            <w:proofErr w:type="spellEnd"/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7BCE7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6DB0F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EB2ED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31E30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23523A25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2D1D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rozpoznaje, odczytuje i pisze wszystkie litery polskiego alfabetu (drukowane i pisane, małe i wielkie); w razie potrzeby potrafi wykorzystać umiejętność w nowej sytuacji.</w:t>
            </w:r>
          </w:p>
          <w:p w14:paraId="3868EF8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czyta na głos techniką całościową wyrazy i zdania z tekstu opracowanego w toku zajęć, a także czyta; w razie potrzeby potrafi wykorzystać umiejętność w nowej sytuacji.</w:t>
            </w:r>
          </w:p>
          <w:p w14:paraId="2CB9363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układa wyrazy z rozsypanki literowej i je zapisuje; w razie potrzeby potrafi wykorzystać umiejętność w nowej sytuacji.</w:t>
            </w:r>
          </w:p>
          <w:p w14:paraId="5862446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przepisuje wyrazy i krótkie zdania z tablicy lub z książki; w razie potrzeby potrafi wykorzystać umiejętność w nowej sytuacji.</w:t>
            </w:r>
          </w:p>
          <w:p w14:paraId="4CE734D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podpisuje ilustracje wyrazami i prostymi zdaniami; w razie potrzeby potrafi wykorzystać umiejętność w nowej sytuacji.</w:t>
            </w:r>
          </w:p>
          <w:p w14:paraId="5CE37EB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pisze z pamięci i ze słuchu sylaby, wyrazy i zdania w zakresie opracowanego słownictwa o pisowni; w razie potrzeby potrafi wykorzystać umiejętność w nowej sytuacji.</w:t>
            </w:r>
          </w:p>
          <w:p w14:paraId="1E800A9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rozpoczyna zdanie wielką literą, kończy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je kropką, znakiem zapytania lub wykrzyknikiem, a także sto-; w razie potrzeby potrafi wykorzystać umiejętność w nowej sytuacji.</w:t>
            </w:r>
          </w:p>
          <w:p w14:paraId="3122345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stosuje zasadę wymiany ó na o; w razie potrzeby potrafi wykorzystać umiejętność w nowej sytuacji.</w:t>
            </w:r>
          </w:p>
          <w:p w14:paraId="083EDB6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zapisuje spółgłoski miękkie w wyrazach oraz doskonali czujność ortograficzną; w razie potrzeby potrafi wykorzystać umiejętność w nowej sytuacji.</w:t>
            </w:r>
          </w:p>
          <w:p w14:paraId="6E72CFA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pisze wyrazy z ą, ę zgodnie z pisownią przed spółgłoskami szczelinowymi (f, w, s, z,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sz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ż, ś, ź,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ch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); w razie potrzeby potrafi wykorzystać umiejętność w nowej sytuacji.</w:t>
            </w:r>
          </w:p>
          <w:p w14:paraId="4596564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dzieli wyrazy na sylaby, głoski i na litery; w razie potrzeby potrafi wykorzystać umiejętność w nowej sytuacji.</w:t>
            </w:r>
          </w:p>
          <w:p w14:paraId="337986D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wyróżnia w wyrazach samogłoski i spółgłoski; w razie potrzeby potrafi wykorzystać umiejętność w nowej sytuacji.</w:t>
            </w:r>
          </w:p>
          <w:p w14:paraId="5836A8C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układa odpowiedzi na pytania, układa zdania z podanymi wyrazami, kończy rozpoczęte zdania oraz;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6408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rozpoznaje, odczytuje i pisze wszystkie litery polskiego alfabetu (drukowane i pisane, małe i wielkie).</w:t>
            </w:r>
          </w:p>
          <w:p w14:paraId="59171BA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czyta na głos techniką całościową wyrazy i zdania z tekstu opracowanego w toku zajęć, a także czyta.</w:t>
            </w:r>
          </w:p>
          <w:p w14:paraId="668D3CA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układa wyrazy z rozsypanki literowej i je zapisuje.</w:t>
            </w:r>
          </w:p>
          <w:p w14:paraId="535D6C3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przepisuje wyrazy i krótkie zdania z tablicy lub z książki.</w:t>
            </w:r>
          </w:p>
          <w:p w14:paraId="420E9DF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podpisuje ilustracje wyrazami i prostymi zdaniami.</w:t>
            </w:r>
          </w:p>
          <w:p w14:paraId="45CE772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pisze z pamięci i ze słuchu sylaby, wyrazy i zdania w zakresie opracowanego słownictwa o pisowni.</w:t>
            </w:r>
          </w:p>
          <w:p w14:paraId="1CBDE10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rozpoczyna zdanie wielką literą, kończy je kropką, znakiem zapytania lub wykrzyknikiem, a także sto-.</w:t>
            </w:r>
          </w:p>
          <w:p w14:paraId="3B6E4C1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stosuje zasadę wymiany ó na o.</w:t>
            </w:r>
          </w:p>
          <w:p w14:paraId="1169EEF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zapisuje spółgłoski miękkie w wyrazach oraz doskonali czujność ortograficzną.</w:t>
            </w:r>
          </w:p>
          <w:p w14:paraId="28004C3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pisze wyrazy z ą, ę zgodnie z pisownią przed spółgłoskami szczelinowymi (f, w, s, z,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sz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ż, ś, ź,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ch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).</w:t>
            </w:r>
          </w:p>
          <w:p w14:paraId="2E78004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dzieli wyrazy na sylaby, głoski i na litery.</w:t>
            </w:r>
          </w:p>
          <w:p w14:paraId="4CB006D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wyróżnia w wyrazach samogłoski i spółgłoski.</w:t>
            </w:r>
          </w:p>
          <w:p w14:paraId="1802B4B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układa odpowiedzi na pytania, układa zdania z podanymi wyrazami, kończy rozpoczęte zdania oraz.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C28E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rozpoznaje, odczytuje i pisze wszystkie litery polskiego alfabetu (drukowane i pisane, małe i wielkie); popełnia nieliczne błędy.</w:t>
            </w:r>
          </w:p>
          <w:p w14:paraId="2B18E30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czyta na głos techniką całościową wyrazy i zdania z tekstu opracowanego w toku zajęć, a także czyta; popełnia nieliczne błędy.</w:t>
            </w:r>
          </w:p>
          <w:p w14:paraId="74CA729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układa wyrazy z rozsypanki literowej i je zapisuje; popełnia nieliczne błędy.</w:t>
            </w:r>
          </w:p>
          <w:p w14:paraId="159AC5A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przepisuje wyrazy i krótkie zdania z tablicy lub z książki; popełnia nieliczne błędy.</w:t>
            </w:r>
          </w:p>
          <w:p w14:paraId="6D9E47F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podpisuje ilustracje wyrazami i prostymi zdaniami; popełnia nieliczne błędy.</w:t>
            </w:r>
          </w:p>
          <w:p w14:paraId="6C3B27C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pisze z pamięci i ze słuchu sylaby, wyrazy i zdania w zakresie opracowanego słownictwa o pisowni; popełnia nieliczne błędy.</w:t>
            </w:r>
          </w:p>
          <w:p w14:paraId="3471790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rozpoczyna zdanie wielką literą, kończy je kropką, znakiem zapytania lub wykrzyknikiem, a także sto-; popełnia nieliczne błędy.</w:t>
            </w:r>
          </w:p>
          <w:p w14:paraId="003CA78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stosuje zasadę wymiany ó na o; popełnia nieliczne błędy.</w:t>
            </w:r>
          </w:p>
          <w:p w14:paraId="31F3E9C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zapisuje spółgłoski miękkie w wyrazach oraz doskonali czujność ortograficzną; popełnia nieliczne błędy.</w:t>
            </w:r>
          </w:p>
          <w:p w14:paraId="755BEA7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pisze wyrazy z ą, ę zgodnie z pisownią przed spółgłoskami szczelinowymi (f, w, s, z,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sz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ż, ś, ź,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ch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);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popełnia nieliczne błędy.</w:t>
            </w:r>
          </w:p>
          <w:p w14:paraId="623F569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dzieli wyrazy na sylaby, głoski i na litery; popełnia nieliczne błędy.</w:t>
            </w:r>
          </w:p>
          <w:p w14:paraId="32E9938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wyróżnia w wyrazach samogłoski i spółgłoski; popełnia nieliczne błędy.</w:t>
            </w:r>
          </w:p>
          <w:p w14:paraId="45CD967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układa odpowiedzi na pytania, układa zdania z podanymi wyrazami, kończy rozpoczęte zdania oraz;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2D0D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rozpoznaje, odczytuje i pisze wszystkie litery polskiego alfabetu (drukowane i pisane, małe i wielkie); wymaga utrwalenia umiejętności.</w:t>
            </w:r>
          </w:p>
          <w:p w14:paraId="1BE3828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czyta na głos techniką całościową wyrazy i zdania z tekstu opracowanego w toku zajęć, a także czyta; wymaga utrwalenia umiejętności.</w:t>
            </w:r>
          </w:p>
          <w:p w14:paraId="02126F0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układa wyrazy z rozsypanki literowej i je zapisuje; wymaga utrwalenia umiejętności.</w:t>
            </w:r>
          </w:p>
          <w:p w14:paraId="1839083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przepisuje wyrazy i krótkie zdania z tablicy lub z książki; wymaga utrwalenia umiejętności.</w:t>
            </w:r>
          </w:p>
          <w:p w14:paraId="5EFC650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podpisuje ilustracje wyrazami i prostymi zdaniami; wymaga utrwalenia umiejętności.</w:t>
            </w:r>
          </w:p>
          <w:p w14:paraId="13BC4F2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pisze z pamięci i ze słuchu sylaby, wyrazy i zdania w zakresie opracowanego słownictwa o pisowni; wymaga utrwalenia umiejętności.</w:t>
            </w:r>
          </w:p>
          <w:p w14:paraId="3A3558F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rozpoczyna zdanie wielką literą, kończy je kropką, znakiem zapytania lub wykrzyknikiem, a także sto-; wymaga utrwalenia umiejętności.</w:t>
            </w:r>
          </w:p>
          <w:p w14:paraId="2BA2043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stosuje zasadę wymiany ó na o; wymaga utrwalenia umiejętności.</w:t>
            </w:r>
          </w:p>
          <w:p w14:paraId="0188BD0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zapisuje spółgłoski miękkie w wyrazach oraz doskonali czujność ortograficzną; wymaga utrwalenia umiejętności.</w:t>
            </w:r>
          </w:p>
          <w:p w14:paraId="75C953F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pisze wyrazy z ą, ę zgodnie z pisownią przed spółgłoskami szczelinowymi (f, w, s, z,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sz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ż, ś, ź,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ch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); wymaga utrwalenia umiejętności.</w:t>
            </w:r>
          </w:p>
          <w:p w14:paraId="47A820E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dzieli wyrazy na sylaby, głoski i na litery; wymaga utrwalenia umiejętności.</w:t>
            </w:r>
          </w:p>
          <w:p w14:paraId="1803E77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wyróżnia w wyrazach samogłoski i spółgłoski; wymaga utrwalenia umiejętności.</w:t>
            </w:r>
          </w:p>
          <w:p w14:paraId="68D358A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układa odpowiedzi na pytania, układa zdania z podanymi wyrazami, kończy rozpoczęte zdania oraz;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D071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rozpoznaje, odczytuje i pisze wszystkie litery polskiego alfabetu (drukowane i pisane, małe i wielkie).</w:t>
            </w:r>
          </w:p>
          <w:p w14:paraId="1C06B47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czyta na głos techniką całościową wyrazy i zdania z tekstu opracowanego w toku zajęć, a także czyta.</w:t>
            </w:r>
          </w:p>
          <w:p w14:paraId="4845CCF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układa wyrazy z rozsypanki literowej i je zapisuje.</w:t>
            </w:r>
          </w:p>
          <w:p w14:paraId="38D3E44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przepisuje wyrazy i krótkie zdania z tablicy lub z książki.</w:t>
            </w:r>
          </w:p>
          <w:p w14:paraId="33E8A65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podpisuje ilustracje wyrazami i prostymi zdaniami.</w:t>
            </w:r>
          </w:p>
          <w:p w14:paraId="7F426D2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pisze z pamięci i ze słuchu sylaby, wyrazy i zdania w zakresie opracowanego słownictwa o pisowni.</w:t>
            </w:r>
          </w:p>
          <w:p w14:paraId="3262AD0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podstawowy zakres umiejętności: rozpoczyna zdanie wielką literą, kończy je kropką, znakiem zapytania lub wykrzyknikiem, a także sto-.</w:t>
            </w:r>
          </w:p>
          <w:p w14:paraId="0E94345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stosuje zasadę wymiany ó na o.</w:t>
            </w:r>
          </w:p>
          <w:p w14:paraId="66A7D44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zapisuje spółgłoski miękkie w wyrazach oraz doskonali czujność ortograficzną.</w:t>
            </w:r>
          </w:p>
          <w:p w14:paraId="4F8875B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pisze wyrazy z ą, ę zgodnie z pisownią przed spółgłoskami szczelinowymi (f, w, s, z,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sz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ż, ś, ź,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ch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).</w:t>
            </w:r>
          </w:p>
          <w:p w14:paraId="411A102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dzieli wyrazy na sylaby, głoski i na litery.</w:t>
            </w:r>
          </w:p>
          <w:p w14:paraId="1FEB8ED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wyróżnia w wyrazach samogłoski i spółgłoski.</w:t>
            </w:r>
          </w:p>
          <w:p w14:paraId="2AD4086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układa odpowiedzi na pytania, układa zdania z podanymi wyrazami, kończy rozpoczęte zdania oraz.</w:t>
            </w:r>
          </w:p>
        </w:tc>
      </w:tr>
    </w:tbl>
    <w:p w14:paraId="248D6D2B" w14:textId="77777777" w:rsidR="00531A3A" w:rsidRPr="003F2597" w:rsidRDefault="00000000">
      <w:pPr>
        <w:spacing w:before="120" w:after="6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EDUKACJA MATEMATYCZNA</w:t>
      </w:r>
    </w:p>
    <w:p w14:paraId="60A1C849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LICZBY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1815FDB2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D852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A84A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F15A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EFA4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4D96D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36B8956E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25A0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liczy w przód i wstecz: po 1 i po 3 – do 20, po 10 – do 100 oraz po 5 w możliwym dla siebie zakresie; w razie potrzeby potrafi wykorzystać umiejętność w nowej sytuacji.</w:t>
            </w:r>
          </w:p>
          <w:p w14:paraId="3B337EA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zapisuje za pomocą cyfr liczby od 0 do 100; w razie potrzeby potrafi wykorzystać umiejętność w nowej sytuacji.</w:t>
            </w:r>
          </w:p>
          <w:p w14:paraId="418E9F8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wskazuje liczbę parzystą i liczbę nieparzystą; w razie potrzeby potrafi wykorzystać umiejętność w nowej sytuacji.</w:t>
            </w:r>
          </w:p>
          <w:p w14:paraId="178B46E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porównuje liczby w zakresie 20 i w dostępnym mu zakresie, stosując znaki: &lt;, =, &gt;; w razie potrzeby potrafi wykorzystać umiejętność w nowej sytuacji.</w:t>
            </w:r>
          </w:p>
          <w:p w14:paraId="552CCB1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porządkuje liczby od najmniejszej do największej i odwrotnie; w razie potrzeby potrafi wykorzystać umiejętność w nowej sytuacji.</w:t>
            </w:r>
          </w:p>
          <w:p w14:paraId="3278E94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dodaje i odejmuje liczbę jednocyfrową oraz dziesiątki; w razie potrzeby potrafi wykorzystać umiejętność w nowej sytuacji.</w:t>
            </w:r>
          </w:p>
          <w:p w14:paraId="639A4F8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dopełnia liczbę do danej oraz znajduje brakującą liczbę w równości „z okienkiem”; w razie potrzeby potrafi wykorzystać umiejętność w nowej sytuacji.</w:t>
            </w:r>
          </w:p>
          <w:p w14:paraId="31E9450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wykonując obliczenia, podejmuje próby stosowania własnych strategii rozwiązań; w razie potrzeby potrafi wykorzystać umiejętność w nowej sytuacji.</w:t>
            </w:r>
          </w:p>
          <w:p w14:paraId="5D0B1C9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zapisuje i odczytuje liczby rzymskie od I do XII;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4223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liczy w przód i wstecz: po 1 i po 3 – do 20, po 10 – do 100 oraz po 5 w możliwym dla siebie zakresie.</w:t>
            </w:r>
          </w:p>
          <w:p w14:paraId="4CB1B0F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zapisuje za pomocą cyfr liczby od 0 do 100.</w:t>
            </w:r>
          </w:p>
          <w:p w14:paraId="57DF89F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wskazuje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liczbę parzystą i liczbę nieparzystą.</w:t>
            </w:r>
          </w:p>
          <w:p w14:paraId="35BBA69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porównuje liczby w zakresie 20 i w dostępnym mu zakresie, stosując znaki: &lt;, =, &gt;.</w:t>
            </w:r>
          </w:p>
          <w:p w14:paraId="7AF29FA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porządkuje liczby od najmniejszej do największej i odwrotnie.</w:t>
            </w:r>
          </w:p>
          <w:p w14:paraId="48E2ED3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dodaje i odejmuje liczbę jednocyfrową oraz dziesiątki.</w:t>
            </w:r>
          </w:p>
          <w:p w14:paraId="44B2DEB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dopełnia liczbę do danej oraz znajduje brakującą liczbę w równości „z okienkiem”.</w:t>
            </w:r>
          </w:p>
          <w:p w14:paraId="1D1647B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wykonując obliczenia, podejmuje próby stosowania własnych strategii rozwiązań.</w:t>
            </w:r>
          </w:p>
          <w:p w14:paraId="7AC9939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zapisuje i odczytuje liczby rzymskie od I do XII.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FE17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liczy w przód i wstecz: po 1 i po 3 – do 20, po 10 – do 100 oraz po 5 w możliwym dla siebie zakresie; popełnia nieliczne błędy.</w:t>
            </w:r>
          </w:p>
          <w:p w14:paraId="21E99BB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zapisuje za pomocą cyfr liczby od 0 do 100; popełnia nieliczne błędy.</w:t>
            </w:r>
          </w:p>
          <w:p w14:paraId="1A07EDF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wskazuje liczbę parzystą i liczbę nieparzystą; popełnia nieliczne błędy.</w:t>
            </w:r>
          </w:p>
          <w:p w14:paraId="3D40C37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porównuje liczby w zakresie 20 i w dostępnym mu zakresie, stosując znaki: &lt;, =, &gt;; popełnia nieliczne błędy.</w:t>
            </w:r>
          </w:p>
          <w:p w14:paraId="7897A8E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porządkuje liczby od najmniejszej do największej i odwrotnie; popełnia nieliczne błędy.</w:t>
            </w:r>
          </w:p>
          <w:p w14:paraId="6D37D61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dodaje i odejmuje liczbę jednocyfrową oraz dziesiątki; popełnia nieliczne błędy.</w:t>
            </w:r>
          </w:p>
          <w:p w14:paraId="121C723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dopełnia liczbę do danej oraz znajduje brakującą liczbę w równości „z okienkiem”; popełnia nieliczne błędy.</w:t>
            </w:r>
          </w:p>
          <w:p w14:paraId="6857782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wykonując obliczenia, podejmuje próby stosowania własnych strategii rozwiązań; popełnia nieliczne błędy.</w:t>
            </w:r>
          </w:p>
          <w:p w14:paraId="7EAA7DB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zapisuje i odczytuje liczby rzymskie od I do XII;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68D4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liczy w przód i wstecz: po 1 i po 3 – do 20, po 10 – do 100 oraz po 5 w możliwym dla siebie zakresie; wymaga utrwalenia umiejętności.</w:t>
            </w:r>
          </w:p>
          <w:p w14:paraId="2985EF7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zapisuje za pomocą cyfr liczby od 0 do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100; wymaga utrwalenia umiejętności.</w:t>
            </w:r>
          </w:p>
          <w:p w14:paraId="1240CE5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wskazuje liczbę parzystą i liczbę nieparzystą; wymaga utrwalenia umiejętności.</w:t>
            </w:r>
          </w:p>
          <w:p w14:paraId="5B38FA8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porównuje liczby w zakresie 20 i w dostępnym mu zakresie, stosując znaki: &lt;, =, &gt;; wymaga utrwalenia umiejętności.</w:t>
            </w:r>
          </w:p>
          <w:p w14:paraId="33F10BB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porządkuje liczby od najmniejszej do największej i odwrotnie; wymaga utrwalenia umiejętności.</w:t>
            </w:r>
          </w:p>
          <w:p w14:paraId="415AC45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dodaje i odejmuje liczbę jednocyfrową oraz dziesiątki; wymaga utrwalenia umiejętności.</w:t>
            </w:r>
          </w:p>
          <w:p w14:paraId="522C2B0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dopełnia liczbę do danej oraz znajduje brakującą liczbę w równości „z okienkiem”; wymaga utrwalenia umiejętności.</w:t>
            </w:r>
          </w:p>
          <w:p w14:paraId="037BA66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wykonując obliczenia, podejmuje próby stosowania własnych strategii rozwiązań; wymaga utrwalenia umiejętności.</w:t>
            </w:r>
          </w:p>
          <w:p w14:paraId="39AC793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zapisuje i odczytuje liczby rzymskie od I do XII;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40A9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liczy w przód i wstecz: po 1 i po 3 – do 20, po 10 – do 100 oraz po 5 w możliwym dla siebie zakresie.</w:t>
            </w:r>
          </w:p>
          <w:p w14:paraId="1E078FF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wykonania zadania i opanowuje podstawowy zakres umiejętności: zapisuje za pomocą cyfr liczby od 0 do 100.</w:t>
            </w:r>
          </w:p>
          <w:p w14:paraId="2329A36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wskazuje liczbę parzystą i liczbę nieparzystą.</w:t>
            </w:r>
          </w:p>
          <w:p w14:paraId="0F6FAA7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porównuje liczby w zakresie 20 i w dostępnym mu zakresie, stosując znaki: &lt;, =, &gt;.</w:t>
            </w:r>
          </w:p>
          <w:p w14:paraId="49EBB2E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porządkuje liczby od najmniejszej do największej i odwrotnie.</w:t>
            </w:r>
          </w:p>
          <w:p w14:paraId="723C3F8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dodaje i odejmuje liczbę jednocyfrową oraz dziesiątki.</w:t>
            </w:r>
          </w:p>
          <w:p w14:paraId="0C5E33E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dopełnia liczbę do danej oraz znajduje brakującą liczbę w równości „z okienkiem”.</w:t>
            </w:r>
          </w:p>
          <w:p w14:paraId="14F9E33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wykonując obliczenia, podejmuje próby stosowania własnych strategii rozwiązań.</w:t>
            </w:r>
          </w:p>
          <w:p w14:paraId="518D59B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zapisuje i odczytuje liczby rzymskie od I do XII.</w:t>
            </w:r>
          </w:p>
        </w:tc>
      </w:tr>
    </w:tbl>
    <w:p w14:paraId="62497AC5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MIARY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0552FA75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7C14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F1909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305059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75D9E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1F56D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06C7F9F3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EFC2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mierzy odcinki za pomocą linijki w zakresie 20 cm; w razie potrzeby potrafi wykorzystać umiejętność w nowej sytuacji.</w:t>
            </w:r>
          </w:p>
          <w:p w14:paraId="65FC06A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rozpoznaje monety o nominałach: 1 zł, 2 zł, 5 zł i banknoty o nominałach: 10 zł, 20 zł, 50 zł, a także; w razie potrzeby potrafi wykorzystać umiejętność w nowej sytuacji.</w:t>
            </w:r>
          </w:p>
          <w:p w14:paraId="109763F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stosuje pojęcie ceny towaru oraz wskazuje produkty droższe lub tańsze od podanych; w razie potrzeby potrafi wykorzystać umiejętność w nowej sytuacji.</w:t>
            </w:r>
          </w:p>
          <w:p w14:paraId="1AE3093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wie, co to jest reszta i ją oblicza; w razie potrzeby potrafi wykorzystać umiejętność w nowej sytuacji.</w:t>
            </w:r>
          </w:p>
          <w:p w14:paraId="12E67BC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rozpoznaje pełne godziny na zegarze tarczowym oraz elektronicznym, posługuje się jednostką czasu; w razie potrzeby potrafi wykorzystać umiejętność w nowej sytuacji.</w:t>
            </w:r>
          </w:p>
          <w:p w14:paraId="2F2806A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posługuje się jednostką masy (kilogram) i porównuje masy przedmiotów; w razie potrzeby potrafi wykorzystać umiejętność w nowej sytuacji.</w:t>
            </w:r>
          </w:p>
          <w:p w14:paraId="2D93B0F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posługuje się jednostką objętości (litr) i porównuje objętości płynów; w razie potrzeby potrafi wykorzystać umiejętność w nowej sytuacji.</w:t>
            </w:r>
          </w:p>
          <w:p w14:paraId="15FA044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odczytuje wskazania termometru oraz porównuje temperatury;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3B36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mierzy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odcinki za pomocą linijki w zakresie 20 cm.</w:t>
            </w:r>
          </w:p>
          <w:p w14:paraId="5E86171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rozpoznaje monety o nominałach: 1 zł, 2 zł, 5 zł i banknoty o nominałach: 10 zł, 20 zł, 50 zł, a także.</w:t>
            </w:r>
          </w:p>
          <w:p w14:paraId="5930885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stosuje pojęcie ceny towaru oraz wskazuje produkty droższe lub tańsze od podanych.</w:t>
            </w:r>
          </w:p>
          <w:p w14:paraId="35EAB01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wie, co to jest reszta i ją oblicza.</w:t>
            </w:r>
          </w:p>
          <w:p w14:paraId="0773522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rozpoznaje pełne godziny na zegarze tarczowym oraz elektronicznym, posługuje się jednostką czasu.</w:t>
            </w:r>
          </w:p>
          <w:p w14:paraId="6E247C0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posługuje się jednostką masy (kilogram) i porównuje masy przedmiotów.</w:t>
            </w:r>
          </w:p>
          <w:p w14:paraId="08B7507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posługuje się jednostką objętości (litr) i porównuje objętości płynów.</w:t>
            </w:r>
          </w:p>
          <w:p w14:paraId="7B97C8E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odczytuje wskazania termometru oraz porównuje temperatury.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039C5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mierzy odcinki za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pomocą linijki w zakresie 20 cm; popełnia nieliczne błędy.</w:t>
            </w:r>
          </w:p>
          <w:p w14:paraId="6A92703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rozpoznaje monety o nominałach: 1 zł, 2 zł, 5 zł i banknoty o nominałach: 10 zł, 20 zł, 50 zł, a także; popełnia nieliczne błędy.</w:t>
            </w:r>
          </w:p>
          <w:p w14:paraId="0EE8561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stosuje pojęcie ceny towaru oraz wskazuje produkty droższe lub tańsze od podanych; popełnia nieliczne błędy.</w:t>
            </w:r>
          </w:p>
          <w:p w14:paraId="023C3F6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wie, co to jest reszta i ją oblicza; popełnia nieliczne błędy.</w:t>
            </w:r>
          </w:p>
          <w:p w14:paraId="5C57F92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rozpoznaje pełne godziny na zegarze tarczowym oraz elektronicznym, posługuje się jednostką czasu; popełnia nieliczne błędy.</w:t>
            </w:r>
          </w:p>
          <w:p w14:paraId="35FD23C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posługuje się jednostką masy (kilogram) i porównuje masy przedmiotów; popełnia nieliczne błędy.</w:t>
            </w:r>
          </w:p>
          <w:p w14:paraId="4B519FD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posługuje się jednostką objętości (litr) i porównuje objętości płynów; popełnia nieliczne błędy.</w:t>
            </w:r>
          </w:p>
          <w:p w14:paraId="156EF20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odczytuje wskazania termometru oraz porównuje temperatury;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88D8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mierzy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odcinki za pomocą linijki w zakresie 20 cm; wymaga utrwalenia umiejętności.</w:t>
            </w:r>
          </w:p>
          <w:p w14:paraId="66694AD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rozpoznaje monety o nominałach: 1 zł, 2 zł, 5 zł i banknoty o nominałach: 10 zł, 20 zł, 50 zł, a także; wymaga utrwalenia umiejętności.</w:t>
            </w:r>
          </w:p>
          <w:p w14:paraId="706987D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stosuje pojęcie ceny towaru oraz wskazuje produkty droższe lub tańsze od podanych; wymaga utrwalenia umiejętności.</w:t>
            </w:r>
          </w:p>
          <w:p w14:paraId="1B8D9D4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wie, co to jest reszta i ją oblicza; wymaga utrwalenia umiejętności.</w:t>
            </w:r>
          </w:p>
          <w:p w14:paraId="22D8440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rozpoznaje pełne godziny na zegarze tarczowym oraz elektronicznym, posługuje się jednostką czasu; wymaga utrwalenia umiejętności.</w:t>
            </w:r>
          </w:p>
          <w:p w14:paraId="5DB77F9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posługuje się jednostką masy (kilogram) i porównuje masy przedmiotów; wymaga utrwalenia umiejętności.</w:t>
            </w:r>
          </w:p>
          <w:p w14:paraId="63A687A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posługuje się jednostką objętości (litr) i porównuje objętości płynów; wymaga utrwalenia umiejętności.</w:t>
            </w:r>
          </w:p>
          <w:p w14:paraId="06AF6D5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odczytuje wskazania termometru oraz porównuje temperatury;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32BC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wykonania zadania i opanowuje podstawowy zakres umiejętności: mierzy odcinki za pomocą linijki w zakresie 20 cm.</w:t>
            </w:r>
          </w:p>
          <w:p w14:paraId="7BB3447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rozpoznaje monety o nominałach: 1 zł, 2 zł, 5 zł i banknoty o nominałach: 10 zł, 20 zł, 50 zł, a także.</w:t>
            </w:r>
          </w:p>
          <w:p w14:paraId="2756548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stosuje pojęcie ceny towaru oraz wskazuje produkty droższe lub tańsze od podanych.</w:t>
            </w:r>
          </w:p>
          <w:p w14:paraId="35F5D46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wie, co to jest reszta i ją oblicza.</w:t>
            </w:r>
          </w:p>
          <w:p w14:paraId="32E1411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rozpoznaje pełne godziny na zegarze tarczowym oraz elektronicznym, posługuje się jednostką czasu.</w:t>
            </w:r>
          </w:p>
          <w:p w14:paraId="068ADD8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posługuje się jednostką masy (kilogram) i porównuje masy przedmiotów.</w:t>
            </w:r>
          </w:p>
          <w:p w14:paraId="1860890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posługuje się jednostką objętości (litr) i porównuje objętości płynów.</w:t>
            </w:r>
          </w:p>
          <w:p w14:paraId="4A75083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odczytuje wskazania termometru oraz porównuje temperatury.</w:t>
            </w:r>
          </w:p>
        </w:tc>
      </w:tr>
    </w:tbl>
    <w:p w14:paraId="40CC90F5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FIGURY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75CE25D1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1CAE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15609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E5C8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FAB6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FC03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305692A3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DBE5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określa położenie przedmiotów względem siebie, innego obserwatora oraz wybranego obiektu z wy-; w razie potrzeby potrafi wykorzystać umiejętność w nowej sytuacji.</w:t>
            </w:r>
          </w:p>
          <w:p w14:paraId="58CBA30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stosuje ze zrozumieniem określenia przestrzenne: za, przed, nad, pod, obok, w, do, wewnątrz, na ze-; w razie potrzeby potrafi wykorzystać umiejętność w nowej sytuacji.</w:t>
            </w:r>
          </w:p>
          <w:p w14:paraId="173985A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określa i prezentuje kierunek ruchu przedmiotów i osób, wskazuje kierunki w przestrzeni (na prawo,; w razie potrzeby potrafi wykorzystać umiejętność w nowej sytuacji.</w:t>
            </w:r>
          </w:p>
          <w:p w14:paraId="14C93BA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stosuje znaki graficzne (strzałki) określające kierunki oraz planuje i zapisuje drogę za pomocą różnych; w razie potrzeby potrafi wykorzystać umiejętność w nowej sytuacji.</w:t>
            </w:r>
          </w:p>
          <w:p w14:paraId="0701287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rozpoznaje, nazywa i odnajduje kształty podstawowych figur geometrycznych (kwadrat, prostokąt,; w razie potrzeby potrafi wykorzystać umiejętność w nowej sytuacji.</w:t>
            </w:r>
          </w:p>
          <w:p w14:paraId="52793D2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kreśli odcinki oraz podstawowe figury za pomocą linijki na siatce kwadratowej; w razie potrzeby potrafi wykorzystać umiejętność w nowej sytuacji.</w:t>
            </w:r>
          </w:p>
          <w:p w14:paraId="102D0E8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dostrzega drugą połowę figury symetrycznej (symetria osiowa), rysuje drugą część figury w odbiciu;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29AA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określa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położenie przedmiotów względem siebie, innego obserwatora oraz wybranego obiektu z wy-.</w:t>
            </w:r>
          </w:p>
          <w:p w14:paraId="32438AB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stosuje ze zrozumieniem określenia przestrzenne: za, przed, nad, pod, obok, w, do, wewnątrz, na ze-.</w:t>
            </w:r>
          </w:p>
          <w:p w14:paraId="642DD2C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określa i prezentuje kierunek ruchu przedmiotów i osób, wskazuje kierunki w przestrzeni (na prawo,.</w:t>
            </w:r>
          </w:p>
          <w:p w14:paraId="4CFC8BB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stosuje znaki graficzne (strzałki) określające kierunki oraz planuje i zapisuje drogę za pomocą różnych.</w:t>
            </w:r>
          </w:p>
          <w:p w14:paraId="0F87C5E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rozpoznaje, nazywa i odnajduje kształty podstawowych figur geometrycznych (kwadrat, prostokąt,.</w:t>
            </w:r>
          </w:p>
          <w:p w14:paraId="66BF855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kreśli odcinki oraz podstawowe figury za pomocą linijki na siatce kwadratowej.</w:t>
            </w:r>
          </w:p>
          <w:p w14:paraId="5C6AEEF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dostrzega drugą połowę figury symetrycznej (symetria osiowa), rysuje drugą część figury w odbiciu.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F22F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określa położenie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przedmiotów względem siebie, innego obserwatora oraz wybranego obiektu z wy-; popełnia nieliczne błędy.</w:t>
            </w:r>
          </w:p>
          <w:p w14:paraId="15CD73B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stosuje ze zrozumieniem określenia przestrzenne: za, przed, nad, pod, obok, w, do, wewnątrz, na ze-; popełnia nieliczne błędy.</w:t>
            </w:r>
          </w:p>
          <w:p w14:paraId="05DDE5D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określa i prezentuje kierunek ruchu przedmiotów i osób, wskazuje kierunki w przestrzeni (na prawo,; popełnia nieliczne błędy.</w:t>
            </w:r>
          </w:p>
          <w:p w14:paraId="2CC81EB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stosuje znaki graficzne (strzałki) określające kierunki oraz planuje i zapisuje drogę za pomocą różnych; popełnia nieliczne błędy.</w:t>
            </w:r>
          </w:p>
          <w:p w14:paraId="144EF44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rozpoznaje, nazywa i odnajduje kształty podstawowych figur geometrycznych (kwadrat, prostokąt,; popełnia nieliczne błędy.</w:t>
            </w:r>
          </w:p>
          <w:p w14:paraId="33FDF83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kreśli odcinki oraz podstawowe figury za pomocą linijki na siatce kwadratowej; popełnia nieliczne błędy.</w:t>
            </w:r>
          </w:p>
          <w:p w14:paraId="31277D0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dostrzega drugą połowę figury symetrycznej (symetria osiowa), rysuje drugą część figury w odbiciu;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4D18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określa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położenie przedmiotów względem siebie, innego obserwatora oraz wybranego obiektu z wy-; wymaga utrwalenia umiejętności.</w:t>
            </w:r>
          </w:p>
          <w:p w14:paraId="151733A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stosuje ze zrozumieniem określenia przestrzenne: za, przed, nad, pod, obok, w, do, wewnątrz, na ze-; wymaga utrwalenia umiejętności.</w:t>
            </w:r>
          </w:p>
          <w:p w14:paraId="3624B6E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określa i prezentuje kierunek ruchu przedmiotów i osób, wskazuje kierunki w przestrzeni (na prawo,; wymaga utrwalenia umiejętności.</w:t>
            </w:r>
          </w:p>
          <w:p w14:paraId="398988B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stosuje znaki graficzne (strzałki) określające kierunki oraz planuje i zapisuje drogę za pomocą różnych; wymaga utrwalenia umiejętności.</w:t>
            </w:r>
          </w:p>
          <w:p w14:paraId="6C4EDBA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rozpoznaje, nazywa i odnajduje kształty podstawowych figur geometrycznych (kwadrat, prostokąt,; wymaga utrwalenia umiejętności.</w:t>
            </w:r>
          </w:p>
          <w:p w14:paraId="284D633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kreśli odcinki oraz podstawowe figury za pomocą linijki na siatce kwadratowej; wymaga utrwalenia umiejętności.</w:t>
            </w:r>
          </w:p>
          <w:p w14:paraId="3BE4352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dostrzega drugą połowę figury symetrycznej (symetria osiowa), rysuje drugą część figury w odbiciu;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91DB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wykonania zadania i opanowuje podstawowy zakres umiejętności: określa położenie przedmiotów względem siebie, innego obserwatora oraz wybranego obiektu z wy-.</w:t>
            </w:r>
          </w:p>
          <w:p w14:paraId="705701C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stosuje ze zrozumieniem określenia przestrzenne: za, przed, nad, pod, obok, w, do, wewnątrz, na ze-.</w:t>
            </w:r>
          </w:p>
          <w:p w14:paraId="54EBFD8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określa i prezentuje kierunek ruchu przedmiotów i osób, wskazuje kierunki w przestrzeni (na prawo,.</w:t>
            </w:r>
          </w:p>
          <w:p w14:paraId="7C69A31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stosuje znaki graficzne (strzałki) określające kierunki oraz planuje i zapisuje drogę za pomocą różnych.</w:t>
            </w:r>
          </w:p>
          <w:p w14:paraId="7BA1B58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rozpoznaje, nazywa i odnajduje kształty podstawowych figur geometrycznych (kwadrat, prostokąt,.</w:t>
            </w:r>
          </w:p>
          <w:p w14:paraId="05BD69F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kreśli odcinki oraz podstawowe figury za pomocą linijki na siatce kwadratowej.</w:t>
            </w:r>
          </w:p>
          <w:p w14:paraId="4E97CB1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dostrzega drugą połowę figury symetrycznej (symetria osiowa), rysuje drugą część figury w odbiciu.</w:t>
            </w:r>
          </w:p>
        </w:tc>
      </w:tr>
    </w:tbl>
    <w:p w14:paraId="04443EED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DANE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0302AD3D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EB70E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16D54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3BEFCE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B85D4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A079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2D43916D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CAE2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odczytuje i analizuje dane przedstawione na diagramach, wyciągając z nich proste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wnioski; w razie potrzeby potrafi wykorzystać umiejętność w nowej sytuacji.</w:t>
            </w:r>
          </w:p>
          <w:p w14:paraId="1972532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zbiera dane i prezentuje je w formie tabeli lub wykresu;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D047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odczytuje i analizuje dane przedstawione na diagramach, wyciągając z nich proste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wnioski.</w:t>
            </w:r>
          </w:p>
          <w:p w14:paraId="0CD1286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zbiera dane i prezentuje je w formie tabeli lub wykresu.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7520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odczytuje i analizuje dane przedstawione na diagramach, wyciągając z nich proste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wnioski; popełnia nieliczne błędy.</w:t>
            </w:r>
          </w:p>
          <w:p w14:paraId="66E2BE3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zbiera dane i prezentuje je w formie tabeli lub wykresu;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9395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odczytuje i analizuje dane przedstawione na diagramach, wyciągając z nich proste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wnioski; wymaga utrwalenia umiejętności.</w:t>
            </w:r>
          </w:p>
          <w:p w14:paraId="2E09E99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zbiera dane i prezentuje je w formie tabeli lub wykresu;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3330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odczytuje i analizuje dane przedstawione na diagramach, wyciągając z nich proste wnioski.</w:t>
            </w:r>
          </w:p>
          <w:p w14:paraId="0BD95FF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zbiera dane i prezentuje je w formie tabeli lub wykresu.</w:t>
            </w:r>
          </w:p>
        </w:tc>
      </w:tr>
    </w:tbl>
    <w:p w14:paraId="142EBE65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MYŚLENIE MATEMATYCZNE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3230913F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ADA38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A272A8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5687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5FB2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917B3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27C68226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0F46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klasyfikuje obiekty według podanej cechy; w razie potrzeby potrafi wykorzystać umiejętność w nowej sytuacji.</w:t>
            </w:r>
          </w:p>
          <w:p w14:paraId="32EDF1E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porządkuje przedmioty w seriach – rosnącej i malejącej; w razie potrzeby potrafi wykorzystać umiejętność w nowej sytuacji.</w:t>
            </w:r>
          </w:p>
          <w:p w14:paraId="6D672CB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dostrzega rytm w środowisku przyrodniczym, kontynuuje regularności oraz je rysuje,; w razie potrzeby potrafi wykorzystać umiejętność w nowej sytuacji.</w:t>
            </w:r>
          </w:p>
          <w:p w14:paraId="2A2B995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we właściwej kolejności nazwy miesięcy i dni tygodnia oraz rozumie pojęcie weekendu; w razie potrzeby potrafi wykorzystać umiejętność w nowej sytuacji.</w:t>
            </w:r>
          </w:p>
          <w:p w14:paraId="65A55F5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odczytuje i zapisuje datę; w razie potrzeby potrafi wykorzystać umiejętność w nowej sytuacji.</w:t>
            </w:r>
          </w:p>
          <w:p w14:paraId="1446645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analizuje i rozwiązuje proste zadania z treścią, dostrzega problem matematyczny i podaje sposób; w razie potrzeby potrafi wykorzystać umiejętność w nowej sytuacji.</w:t>
            </w:r>
          </w:p>
          <w:p w14:paraId="6B83529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zapisuje rozwiązanie zadania z treścią w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 xml:space="preserve">dowolny sposób (rysunkiem, równością „z okienkiem”,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dzia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52D0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klasyfikuje obiekty według podanej cechy.</w:t>
            </w:r>
          </w:p>
          <w:p w14:paraId="699E014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porządkuje przedmioty w seriach – rosnącej i malejącej.</w:t>
            </w:r>
          </w:p>
          <w:p w14:paraId="6DA4959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dostrzega rytm w środowisku przyrodniczym, kontynuuje regularności oraz je rysuje,.</w:t>
            </w:r>
          </w:p>
          <w:p w14:paraId="5E0B27D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we właściwej kolejności nazwy miesięcy i dni tygodnia oraz rozumie pojęcie weekendu.</w:t>
            </w:r>
          </w:p>
          <w:p w14:paraId="6D04D55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odczytuje i zapisuje datę.</w:t>
            </w:r>
          </w:p>
          <w:p w14:paraId="6D799A8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analizuje i rozwiązuje proste zadania z treścią, dostrzega problem matematyczny i podaje sposób.</w:t>
            </w:r>
          </w:p>
          <w:p w14:paraId="6D2A667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zapisuje rozwiązanie zadania z treścią w dowolny sposób (rysunkiem, równością „z okienkiem”,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dzia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AB8D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klasyfikuje obiekty według podanej cechy; popełnia nieliczne błędy.</w:t>
            </w:r>
          </w:p>
          <w:p w14:paraId="46817AC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porządkuje przedmioty w seriach – rosnącej i malejącej; popełnia nieliczne błędy.</w:t>
            </w:r>
          </w:p>
          <w:p w14:paraId="704EFA8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dostrzega rytm w środowisku przyrodniczym, kontynuuje regularności oraz je rysuje,; popełnia nieliczne błędy.</w:t>
            </w:r>
          </w:p>
          <w:p w14:paraId="20ED102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we właściwej kolejności nazwy miesięcy i dni tygodnia oraz rozumie pojęcie weekendu; popełnia nieliczne błędy.</w:t>
            </w:r>
          </w:p>
          <w:p w14:paraId="4190F07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odczytuje i zapisuje datę; popełnia nieliczne błędy.</w:t>
            </w:r>
          </w:p>
          <w:p w14:paraId="7067138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analizuje i rozwiązuje proste zadania z treścią, dostrzega problem matematyczny i podaje sposób; popełnia nieliczne błędy.</w:t>
            </w:r>
          </w:p>
          <w:p w14:paraId="3D65D2C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zapisuje rozwiązanie zadania z treścią w dowolny sposób (rysunkiem, równością „z okienkiem”,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dzia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3EBF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klasyfikuje obiekty według podanej cechy; wymaga utrwalenia umiejętności.</w:t>
            </w:r>
          </w:p>
          <w:p w14:paraId="5C8F599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porządkuje przedmioty w seriach – rosnącej i malejącej; wymaga utrwalenia umiejętności.</w:t>
            </w:r>
          </w:p>
          <w:p w14:paraId="026DA67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dostrzega rytm w środowisku przyrodniczym, kontynuuje regularności oraz je rysuje,; wymaga utrwalenia umiejętności.</w:t>
            </w:r>
          </w:p>
          <w:p w14:paraId="4396FEB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we właściwej kolejności nazwy miesięcy i dni tygodnia oraz rozumie pojęcie weekendu; wymaga utrwalenia umiejętności.</w:t>
            </w:r>
          </w:p>
          <w:p w14:paraId="12B5844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odczytuje i zapisuje datę; wymaga utrwalenia umiejętności.</w:t>
            </w:r>
          </w:p>
          <w:p w14:paraId="58A0563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analizuje i rozwiązuje proste zadania z treścią, dostrzega problem matematyczny i podaje sposób; wymaga utrwalenia umiejętności.</w:t>
            </w:r>
          </w:p>
          <w:p w14:paraId="1A1814D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zapisuje rozwiązanie zadania z treścią w dowolny sposób (rysunkiem, równością „z okienkiem”,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dzia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4FB1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klasyfikuje obiekty według podanej cechy.</w:t>
            </w:r>
          </w:p>
          <w:p w14:paraId="7381598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porządkuje przedmioty w seriach – rosnącej i malejącej.</w:t>
            </w:r>
          </w:p>
          <w:p w14:paraId="445558E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dostrzega rytm w środowisku przyrodniczym, kontynuuje regularności oraz je rysuje,.</w:t>
            </w:r>
          </w:p>
          <w:p w14:paraId="1940784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we właściwej kolejności nazwy miesięcy i dni tygodnia oraz rozumie pojęcie weekendu.</w:t>
            </w:r>
          </w:p>
          <w:p w14:paraId="5953E86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odczytuje i zapisuje datę.</w:t>
            </w:r>
          </w:p>
          <w:p w14:paraId="0307ADB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analizuje i rozwiązuje proste zadania z treścią, dostrzega problem matematyczny i podaje sposób.</w:t>
            </w:r>
          </w:p>
          <w:p w14:paraId="58A0B18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 xml:space="preserve">podstawowy zakres umiejętności: zapisuje rozwiązanie zadania z treścią w dowolny sposób (rysunkiem, równością „z okienkiem”,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dzia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</w:tc>
      </w:tr>
    </w:tbl>
    <w:p w14:paraId="057BC5F3" w14:textId="77777777" w:rsidR="00531A3A" w:rsidRPr="003F2597" w:rsidRDefault="00000000">
      <w:pPr>
        <w:spacing w:before="120" w:after="6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lastRenderedPageBreak/>
        <w:t>EDUKACJA PRZYRODNICZA</w:t>
      </w:r>
    </w:p>
    <w:p w14:paraId="78659C18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t>PROCESY ŻYCIOWE I RÓŻNORODNOŚĆ BIOLOGICZNA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74C135B4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233F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 xml:space="preserve">6 – </w:t>
            </w:r>
            <w:proofErr w:type="spellStart"/>
            <w:r w:rsidRPr="003F2597">
              <w:rPr>
                <w:rFonts w:ascii="Calibri" w:hAnsi="Calibri" w:cs="Calibri"/>
                <w:b/>
                <w:sz w:val="18"/>
                <w:szCs w:val="18"/>
              </w:rPr>
              <w:t>celujący</w:t>
            </w:r>
            <w:proofErr w:type="spellEnd"/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140B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C4AD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1F702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E201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2537922A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636C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rozpoznaje popularne rośliny i zwierzęta (rośliny doniczkowe, warzywa, owoce z polskich sadów oraz; w razie potrzeby potrafi wykorzystać umiejętność w nowej sytuacji.</w:t>
            </w:r>
          </w:p>
          <w:p w14:paraId="41E0117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wie, czego roślina potrzebuje do życia; w razie potrzeby potrafi wykorzystać umiejętność w nowej sytuacji.</w:t>
            </w:r>
          </w:p>
          <w:p w14:paraId="4C0BADC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zna zwierzęta hodowlane i domowe; w razie potrzeby potrafi wykorzystać umiejętność w nowej sytuacji.</w:t>
            </w:r>
          </w:p>
          <w:p w14:paraId="7717263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poznaje zwyczaje i życie kota; w razie potrzeby potrafi wykorzystać umiejętność w nowej sytuacji.</w:t>
            </w:r>
          </w:p>
          <w:p w14:paraId="4E2264F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kilka gatunków roślin i zwierząt chronionych w Polsce (np. przebiśnieg, krokus, sasanka, jeż,; w razie potrzeby potrafi wykorzystać umiejętność w nowej sytuacji.</w:t>
            </w:r>
          </w:p>
          <w:p w14:paraId="18887F7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przedstawia obowiązki opiekuna psa lub kota; w razie potrzeby potrafi wykorzystać umiejętność w nowej sytuacji.</w:t>
            </w:r>
          </w:p>
          <w:p w14:paraId="478FF93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podaje fakty z życia wybranego zwierzęcia (jeża, bociana, nietoperza lub pszczoły); w razie potrzeby potrafi wykorzystać umiejętność w nowej sytuacji.</w:t>
            </w:r>
          </w:p>
          <w:p w14:paraId="795870C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wymienia cechy ssaków; w razie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potrzeby potrafi wykorzystać umiejętność w nowej sytuacji.</w:t>
            </w:r>
          </w:p>
          <w:p w14:paraId="50EC165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oznaczenia pojemników służących do segregowania śmieci; w razie potrzeby potrafi wykorzystać umiejętność w nowej sytuacji.</w:t>
            </w:r>
          </w:p>
          <w:p w14:paraId="0C2174A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nazywa części ciała i niektóre narządy człowieka;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4DFD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rozpoznaje popularne rośliny i zwierzęta (rośliny doniczkowe, warzywa, owoce z polskich sadów oraz.</w:t>
            </w:r>
          </w:p>
          <w:p w14:paraId="568D202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wie, czego roślina potrzebuje do życia.</w:t>
            </w:r>
          </w:p>
          <w:p w14:paraId="7F16CC7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zna zwierzęta hodowlane i domowe.</w:t>
            </w:r>
          </w:p>
          <w:p w14:paraId="28AF8ED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poznaje zwyczaje i życie kota.</w:t>
            </w:r>
          </w:p>
          <w:p w14:paraId="7208514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kilka gatunków roślin i zwierząt chronionych w Polsce (np. przebiśnieg, krokus, sasanka, jeż,.</w:t>
            </w:r>
          </w:p>
          <w:p w14:paraId="44231C4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przedstawia obowiązki opiekuna psa lub kota.</w:t>
            </w:r>
          </w:p>
          <w:p w14:paraId="1201E4E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podaje fakty z życia wybranego zwierzęcia (jeża, bociana, nietoperza lub pszczoły).</w:t>
            </w:r>
          </w:p>
          <w:p w14:paraId="6DB85D5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cechy ssaków.</w:t>
            </w:r>
          </w:p>
          <w:p w14:paraId="54E0EAF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oznaczenia pojemników służących do segregowania śmieci.</w:t>
            </w:r>
          </w:p>
          <w:p w14:paraId="53A3711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nazywa części ciała i niektóre narządy człowieka.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5FA8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rozpoznaje popularne rośliny i zwierzęta (rośliny doniczkowe, warzywa, owoce z polskich sadów oraz; popełnia nieliczne błędy.</w:t>
            </w:r>
          </w:p>
          <w:p w14:paraId="71DA282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wie, czego roślina potrzebuje do życia; popełnia nieliczne błędy.</w:t>
            </w:r>
          </w:p>
          <w:p w14:paraId="5944133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zna zwierzęta hodowlane i domowe; popełnia nieliczne błędy.</w:t>
            </w:r>
          </w:p>
          <w:p w14:paraId="23A259A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poznaje zwyczaje i życie kota; popełnia nieliczne błędy.</w:t>
            </w:r>
          </w:p>
          <w:p w14:paraId="2655733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kilka gatunków roślin i zwierząt chronionych w Polsce (np. przebiśnieg, krokus, sasanka, jeż,; popełnia nieliczne błędy.</w:t>
            </w:r>
          </w:p>
          <w:p w14:paraId="3731FD3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przedstawia obowiązki opiekuna psa lub kota; popełnia nieliczne błędy.</w:t>
            </w:r>
          </w:p>
          <w:p w14:paraId="13CCFB7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podaje fakty z życia wybranego zwierzęcia (jeża, bociana, nietoperza lub pszczoły); popełnia nieliczne błędy.</w:t>
            </w:r>
          </w:p>
          <w:p w14:paraId="39D7795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cechy ssaków; popełnia nieliczne błędy.</w:t>
            </w:r>
          </w:p>
          <w:p w14:paraId="1A57D80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oznaczenia pojemników służących do segregowania śmieci; popełnia nieliczne błędy.</w:t>
            </w:r>
          </w:p>
          <w:p w14:paraId="370745F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nazywa części ciała i niektóre narządy człowieka;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3916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rozpoznaje popularne rośliny i zwierzęta (rośliny doniczkowe, warzywa, owoce z polskich sadów oraz; wymaga utrwalenia umiejętności.</w:t>
            </w:r>
          </w:p>
          <w:p w14:paraId="62BF297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wie, czego roślina potrzebuje do życia; wymaga utrwalenia umiejętności.</w:t>
            </w:r>
          </w:p>
          <w:p w14:paraId="5AA6816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zna zwierzęta hodowlane i domowe; wymaga utrwalenia umiejętności.</w:t>
            </w:r>
          </w:p>
          <w:p w14:paraId="40BF886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poznaje zwyczaje i życie kota; wymaga utrwalenia umiejętności.</w:t>
            </w:r>
          </w:p>
          <w:p w14:paraId="0EE11A3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kilka gatunków roślin i zwierząt chronionych w Polsce (np. przebiśnieg, krokus, sasanka, jeż,; wymaga utrwalenia umiejętności.</w:t>
            </w:r>
          </w:p>
          <w:p w14:paraId="6CB82D7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przedstawia obowiązki opiekuna psa lub kota; wymaga utrwalenia umiejętności.</w:t>
            </w:r>
          </w:p>
          <w:p w14:paraId="70B4F48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podaje fakty z życia wybranego zwierzęcia (jeża, bociana, nietoperza lub pszczoły); wymaga utrwalenia umiejętności.</w:t>
            </w:r>
          </w:p>
          <w:p w14:paraId="69152E1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cechy ssaków; wymaga utrwalenia umiejętności.</w:t>
            </w:r>
          </w:p>
          <w:p w14:paraId="6C96F75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oznaczenia pojemników służących do segregowania śmieci; wymaga utrwalenia umiejętności.</w:t>
            </w:r>
          </w:p>
          <w:p w14:paraId="769C62A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nazywa części ciała i niektóre narządy człowieka; wymaga utrwalenia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29A8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rozpoznaje popularne rośliny i zwierzęta (rośliny doniczkowe, warzywa, owoce z polskich sadów oraz.</w:t>
            </w:r>
          </w:p>
          <w:p w14:paraId="756F2DD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wie, czego roślina potrzebuje do życia.</w:t>
            </w:r>
          </w:p>
          <w:p w14:paraId="453E9A8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zna zwierzęta hodowlane i domowe.</w:t>
            </w:r>
          </w:p>
          <w:p w14:paraId="0DBAE59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poznaje zwyczaje i życie kota.</w:t>
            </w:r>
          </w:p>
          <w:p w14:paraId="5607973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kilka gatunków roślin i zwierząt chronionych w Polsce (np. przebiśnieg, krokus, sasanka, jeż,.</w:t>
            </w:r>
          </w:p>
          <w:p w14:paraId="7C4026D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przedstawia obowiązki opiekuna psa lub kota.</w:t>
            </w:r>
          </w:p>
          <w:p w14:paraId="441FD3F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podaje fakty z życia wybranego zwierzęcia (jeża, bociana, nietoperza lub pszczoły).</w:t>
            </w:r>
          </w:p>
          <w:p w14:paraId="1414536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wymienia cechy ssaków.</w:t>
            </w:r>
          </w:p>
          <w:p w14:paraId="6ACF41C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oznaczenia pojemników służących do segregowania śmieci.</w:t>
            </w:r>
          </w:p>
          <w:p w14:paraId="2C1B0FB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nazywa części ciała i niektóre narządy człowieka.</w:t>
            </w:r>
          </w:p>
        </w:tc>
      </w:tr>
    </w:tbl>
    <w:p w14:paraId="5FEF1A31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PROCESY FIZYCZNE W CODZIENNOŚCI UCZNIA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2770E6BE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CA7D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4F950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1446A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7D8E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8D42F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77B15A13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0CE6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proste obserwacje i doświadczenia związane z wodą, światłem, powietrzem i siłą grawitacji; w razie potrzeby potrafi wykorzystać umiejętność w nowej sytuacji.</w:t>
            </w:r>
          </w:p>
          <w:p w14:paraId="040C2FC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spadochron oraz wiatromierz; w razie potrzeby potrafi wykorzystać umiejętność w nowej sytuacji.</w:t>
            </w:r>
          </w:p>
          <w:p w14:paraId="6291824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wie, czym jest tęcza; w razie potrzeby potrafi wykorzystać umiejętność w nowej sytuacji.</w:t>
            </w:r>
          </w:p>
          <w:p w14:paraId="0340360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przedstawia położenie Ziemi w Układzie Słonecznym oraz wymienia nazwy wybranych planet;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5D95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proste obserwacje i doświadczenia związane z wodą, światłem, powietrzem i siłą grawitacji.</w:t>
            </w:r>
          </w:p>
          <w:p w14:paraId="4B50229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spadochron oraz wiatromierz.</w:t>
            </w:r>
          </w:p>
          <w:p w14:paraId="5C4CFED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wie, czym jest tęcza.</w:t>
            </w:r>
          </w:p>
          <w:p w14:paraId="10D91FC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przedstawia położenie Ziemi w Układzie Słonecznym oraz wymienia nazwy wybranych planet.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3D19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proste obserwacje i doświadczenia związane z wodą, światłem, powietrzem i siłą grawitacji; popełnia nieliczne błędy.</w:t>
            </w:r>
          </w:p>
          <w:p w14:paraId="4BAC09E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spadochron oraz wiatromierz; popełnia nieliczne błędy.</w:t>
            </w:r>
          </w:p>
          <w:p w14:paraId="22040B5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wie, czym jest tęcza; popełnia nieliczne błędy.</w:t>
            </w:r>
          </w:p>
          <w:p w14:paraId="1033626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przedstawia położenie Ziemi w Układzie Słonecznym oraz wymienia nazwy wybranych planet;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27E1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proste obserwacje i doświadczenia związane z wodą, światłem, powietrzem i siłą grawitacji; wymaga utrwalenia umiejętności.</w:t>
            </w:r>
          </w:p>
          <w:p w14:paraId="5DBC9B3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spadochron oraz wiatromierz; wymaga utrwalenia umiejętności.</w:t>
            </w:r>
          </w:p>
          <w:p w14:paraId="279C4D4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wie, czym jest tęcza; wymaga utrwalenia umiejętności.</w:t>
            </w:r>
          </w:p>
          <w:p w14:paraId="324E4A2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przedstawia położenie Ziemi w Układzie Słonecznym oraz wymienia nazwy wybranych planet;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FA97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proste obserwacje i doświadczenia związane z wodą, światłem, powietrzem i siłą grawitacji.</w:t>
            </w:r>
          </w:p>
          <w:p w14:paraId="3C93FD6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spadochron oraz wiatromierz.</w:t>
            </w:r>
          </w:p>
          <w:p w14:paraId="146D892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wie, czym jest tęcza.</w:t>
            </w:r>
          </w:p>
          <w:p w14:paraId="4934551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przedstawia położenie Ziemi w Układzie Słonecznym oraz wymienia nazwy wybranych planet.</w:t>
            </w:r>
          </w:p>
        </w:tc>
      </w:tr>
    </w:tbl>
    <w:p w14:paraId="69D97B5E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MATERIAŁY I ICH WŁAŚCIWOŚCI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5D7F3BDA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5EB7B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AB6E7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7AA71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2617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1860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3AAAE065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80E1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bada właściwości materiałów, takich jak: papier, woda, plastelina; w razie potrzeby potrafi wykorzystać umiejętność w nowej sytuacji.</w:t>
            </w:r>
          </w:p>
          <w:p w14:paraId="1CB0B20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wykonuje proste doświadczenia z wodą;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 razie potrzeby potrafi wykorzystać umiejętność w nowej sytuacji.</w:t>
            </w:r>
          </w:p>
          <w:p w14:paraId="41AAF9E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trzy stany skupienia wody; w razie potrzeby potrafi wykorzystać umiejętność w nowej sytuacji.</w:t>
            </w:r>
          </w:p>
          <w:p w14:paraId="57411B2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opowiada o procesie tworzenia naczyń glinianych i wpływ temperatury na ten proces;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CA9D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bada właściwości materiałów, takich jak: papier, woda, plastelina.</w:t>
            </w:r>
          </w:p>
          <w:p w14:paraId="1BCDBB0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proste doświadczenia z wodą.</w:t>
            </w:r>
          </w:p>
          <w:p w14:paraId="3E8C244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trzy stany skupienia wody.</w:t>
            </w:r>
          </w:p>
          <w:p w14:paraId="2157940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opowiada o procesie tworzenia naczyń glinianych i wpływ temperatury na ten proces.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59B4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bada właściwości materiałów, takich jak: papier, woda, plastelina; popełnia nieliczne błędy.</w:t>
            </w:r>
          </w:p>
          <w:p w14:paraId="18B3572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proste doświadczenia z wodą; popełnia nieliczne błędy.</w:t>
            </w:r>
          </w:p>
          <w:p w14:paraId="3324256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wymienia trzy stany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skupienia wody; popełnia nieliczne błędy.</w:t>
            </w:r>
          </w:p>
          <w:p w14:paraId="0CBBA1E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opowiada o procesie tworzenia naczyń glinianych i wpływ temperatury na ten proces;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F11A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bada właściwości materiałów, takich jak: papier, woda, plastelina; wymaga utrwalenia umiejętności.</w:t>
            </w:r>
          </w:p>
          <w:p w14:paraId="2F96163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proste doświadczenia z wodą; wymaga utrwalenia umiejętności.</w:t>
            </w:r>
          </w:p>
          <w:p w14:paraId="2BDF9CF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trzy stany skupienia wody; wymaga utrwalenia umiejętności.</w:t>
            </w:r>
          </w:p>
          <w:p w14:paraId="3C9681A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opowiada o procesie tworzenia naczyń glinianych i wpływ temperatury na ten proces;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8EB8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bada właściwości materiałów, takich jak: papier, woda, plastelina.</w:t>
            </w:r>
          </w:p>
          <w:p w14:paraId="0C6FE67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podstawowy zakres umiejętności: wykonuje proste doświadczenia z wodą.</w:t>
            </w:r>
          </w:p>
          <w:p w14:paraId="3BEA4AD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trzy stany skupienia wody.</w:t>
            </w:r>
          </w:p>
          <w:p w14:paraId="2644DBA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opowiada o procesie tworzenia naczyń glinianych i wpływ temperatury na ten proces.</w:t>
            </w:r>
          </w:p>
        </w:tc>
      </w:tr>
    </w:tbl>
    <w:p w14:paraId="486F56E9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EDUKACJA KLIMATYCZNO-ŚRODOWISKOWA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2413A617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608C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6B95D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0CB3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6038C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FB8D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19E096EE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95D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prowadzi obrazkowy kalendarz pogody, rozpoznaje charakterystyczne rodzaje opadów i charaktery-; w razie potrzeby potrafi wykorzystać umiejętność w nowej sytuacji.</w:t>
            </w:r>
          </w:p>
          <w:p w14:paraId="099C895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odczytuje informacje z map pogody; w razie potrzeby potrafi wykorzystać umiejętność w nowej sytuacji.</w:t>
            </w:r>
          </w:p>
          <w:p w14:paraId="554D8A7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rozumie znaczenie wody w środowisku; w razie potrzeby potrafi wykorzystać umiejętność w nowej sytuacji.</w:t>
            </w:r>
          </w:p>
          <w:p w14:paraId="1AC622D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zwiastuny wiosny; w razie potrzeby potrafi wykorzystać umiejętność w nowej sytuacji.</w:t>
            </w:r>
          </w:p>
          <w:p w14:paraId="3E32841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opisuje cykl rozwojowy żaby; w razie potrzeby potrafi wykorzystać umiejętność w nowej sytuacji.</w:t>
            </w:r>
          </w:p>
          <w:p w14:paraId="330344B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zna sposoby ochrony przyrody w najbliższym otoczeniu oraz wymienia zagrożenia dla przyrody po-; w razie potrzeby potrafi wykorzystać umiejętność w nowej sytuacji.</w:t>
            </w:r>
          </w:p>
          <w:p w14:paraId="1F702E2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zna zasady odpowiedzialnego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dokarmiania ptaków oraz uczestniczy w akcjach związanych z ochroną;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813F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prowadzi obrazkowy kalendarz pogody, rozpoznaje charakterystyczne rodzaje opadów i charaktery-.</w:t>
            </w:r>
          </w:p>
          <w:p w14:paraId="2412DD9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odczytuje informacje z map pogody.</w:t>
            </w:r>
          </w:p>
          <w:p w14:paraId="02CBFB8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rozumie znaczenie wody w środowisku.</w:t>
            </w:r>
          </w:p>
          <w:p w14:paraId="667CD4F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zwiastuny wiosny.</w:t>
            </w:r>
          </w:p>
          <w:p w14:paraId="5E03C62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opisuje cykl rozwojowy żaby.</w:t>
            </w:r>
          </w:p>
          <w:p w14:paraId="51D69C2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zna sposoby ochrony przyrody w najbliższym otoczeniu oraz wymienia zagrożenia dla przyrody po-.</w:t>
            </w:r>
          </w:p>
          <w:p w14:paraId="3130EB3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zna zasady odpowiedzialnego dokarmiania ptaków oraz uczestniczy w akcjach związanych z ochroną.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C8A8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prowadzi obrazkowy kalendarz pogody, rozpoznaje charakterystyczne rodzaje opadów i charaktery-; popełnia nieliczne błędy.</w:t>
            </w:r>
          </w:p>
          <w:p w14:paraId="281B25F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odczytuje informacje z map pogody; popełnia nieliczne błędy.</w:t>
            </w:r>
          </w:p>
          <w:p w14:paraId="348BAB0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rozumie znaczenie wody w środowisku; popełnia nieliczne błędy.</w:t>
            </w:r>
          </w:p>
          <w:p w14:paraId="6D2C030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zwiastuny wiosny; popełnia nieliczne błędy.</w:t>
            </w:r>
          </w:p>
          <w:p w14:paraId="4C7D103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opisuje cykl rozwojowy żaby; popełnia nieliczne błędy.</w:t>
            </w:r>
          </w:p>
          <w:p w14:paraId="74E2E9F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zna sposoby ochrony przyrody w najbliższym otoczeniu oraz wymienia zagrożenia dla przyrody po-; popełnia nieliczne błędy.</w:t>
            </w:r>
          </w:p>
          <w:p w14:paraId="40366B1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zna zasady odpowiedzialnego dokarmiania ptaków oraz uczestniczy w akcjach związanych z ochroną;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8355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prowadzi obrazkowy kalendarz pogody, rozpoznaje charakterystyczne rodzaje opadów i charaktery-; wymaga utrwalenia umiejętności.</w:t>
            </w:r>
          </w:p>
          <w:p w14:paraId="6FE3237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odczytuje informacje z map pogody; wymaga utrwalenia umiejętności.</w:t>
            </w:r>
          </w:p>
          <w:p w14:paraId="77D49CC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rozumie znaczenie wody w środowisku; wymaga utrwalenia umiejętności.</w:t>
            </w:r>
          </w:p>
          <w:p w14:paraId="328F0AC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zwiastuny wiosny; wymaga utrwalenia umiejętności.</w:t>
            </w:r>
          </w:p>
          <w:p w14:paraId="349E679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opisuje cykl rozwojowy żaby; wymaga utrwalenia umiejętności.</w:t>
            </w:r>
          </w:p>
          <w:p w14:paraId="3BF7DA4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zna sposoby ochrony przyrody w najbliższym otoczeniu oraz wymienia zagrożenia dla przyrody po-; wymaga utrwalenia umiejętności.</w:t>
            </w:r>
          </w:p>
          <w:p w14:paraId="2E7D9CE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zna zasady odpowiedzialnego dokarmiania ptaków oraz uczestniczy w akcjach związanych z ochroną;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90BD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prowadzi obrazkowy kalendarz pogody, rozpoznaje charakterystyczne rodzaje opadów i charaktery-.</w:t>
            </w:r>
          </w:p>
          <w:p w14:paraId="2448A46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odczytuje informacje z map pogody.</w:t>
            </w:r>
          </w:p>
          <w:p w14:paraId="11D7E71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rozumie znaczenie wody w środowisku.</w:t>
            </w:r>
          </w:p>
          <w:p w14:paraId="22C88DB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zwiastuny wiosny.</w:t>
            </w:r>
          </w:p>
          <w:p w14:paraId="02F12F6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opisuje cykl rozwojowy żaby.</w:t>
            </w:r>
          </w:p>
          <w:p w14:paraId="79B3287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zna sposoby ochrony przyrody w najbliższym otoczeniu oraz wymienia zagrożenia dla przyrody po-.</w:t>
            </w:r>
          </w:p>
          <w:p w14:paraId="6923B4E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podstawowy zakres umiejętności: zna zasady odpowiedzialnego dokarmiania ptaków oraz uczestniczy w akcjach związanych z ochroną.</w:t>
            </w:r>
          </w:p>
        </w:tc>
      </w:tr>
    </w:tbl>
    <w:p w14:paraId="580AF017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WARSZTAT PRZYRODNIKA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70136C3B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9951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8B0E7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74DD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1BBE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2200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06FF51A3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BFC6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wie, jak zareagować w sytuacji zagrożenia bezpieczeństwa, w tym ze strony zjawisk przyrodniczych; w razie potrzeby potrafi wykorzystać umiejętność w nowej sytuacji.</w:t>
            </w:r>
          </w:p>
          <w:p w14:paraId="167F0E0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nazywa podstawowe znaki drogowe; w razie potrzeby potrafi wykorzystać umiejętność w nowej sytuacji.</w:t>
            </w:r>
          </w:p>
          <w:p w14:paraId="234AF49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zna zasady przechodzenia przez jezdnię z sygnalizacją świetlną oraz bez niej; w razie potrzeby potrafi wykorzystać umiejętność w nowej sytuacji.</w:t>
            </w:r>
          </w:p>
          <w:p w14:paraId="0D9740D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gromadzi ilustracje, informacje oraz okazy przyrodnicze, tworząc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lapbook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o lesie; w razie potrzeby potrafi wykorzystać umiejętność w nowej sytuacji.</w:t>
            </w:r>
          </w:p>
          <w:p w14:paraId="7E9E6F9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prowadzi obserwacje (np. związane z hodowlą rzeżuchy);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BA94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wie, jak zareagować w sytuacji zagrożenia bezpieczeństwa, w tym ze strony zjawisk przyrodniczych.</w:t>
            </w:r>
          </w:p>
          <w:p w14:paraId="6909F64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nazywa podstawowe znaki drogowe.</w:t>
            </w:r>
          </w:p>
          <w:p w14:paraId="3E3950A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zna zasady przechodzenia przez jezdnię z sygnalizacją świetlną oraz bez niej.</w:t>
            </w:r>
          </w:p>
          <w:p w14:paraId="37D7776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gromadzi ilustracje, informacje oraz okazy przyrodnicze, tworząc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lapbook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o lesie.</w:t>
            </w:r>
          </w:p>
          <w:p w14:paraId="600D4DE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prowadzi obserwacje (np. związane z hodowlą rzeżuchy).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1EDA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wie, jak zareagować w sytuacji zagrożenia bezpieczeństwa, w tym ze strony zjawisk przyrodniczych; popełnia nieliczne błędy.</w:t>
            </w:r>
          </w:p>
          <w:p w14:paraId="22B6367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nazywa podstawowe znaki drogowe; popełnia nieliczne błędy.</w:t>
            </w:r>
          </w:p>
          <w:p w14:paraId="4354728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zna zasady przechodzenia przez jezdnię z sygnalizacją świetlną oraz bez niej; popełnia nieliczne błędy.</w:t>
            </w:r>
          </w:p>
          <w:p w14:paraId="19BABC8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gromadzi ilustracje, informacje oraz okazy przyrodnicze, tworząc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lapbook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o lesie; popełnia nieliczne błędy.</w:t>
            </w:r>
          </w:p>
          <w:p w14:paraId="2BE02B5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prowadzi obserwacje (np. związane z hodowlą rzeżuchy);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B725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wie, jak zareagować w sytuacji zagrożenia bezpieczeństwa, w tym ze strony zjawisk przyrodniczych; wymaga utrwalenia umiejętności.</w:t>
            </w:r>
          </w:p>
          <w:p w14:paraId="508E1CE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nazywa podstawowe znaki drogowe; wymaga utrwalenia umiejętności.</w:t>
            </w:r>
          </w:p>
          <w:p w14:paraId="76F733E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zna zasady przechodzenia przez jezdnię z sygnalizacją świetlną oraz bez niej; wymaga utrwalenia umiejętności.</w:t>
            </w:r>
          </w:p>
          <w:p w14:paraId="048E7C3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gromadzi ilustracje, informacje oraz okazy przyrodnicze, tworząc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lapbook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o lesie; wymaga utrwalenia umiejętności.</w:t>
            </w:r>
          </w:p>
          <w:p w14:paraId="6940CB8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prowadzi obserwacje (np. związane z hodowlą rzeżuchy);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C1F8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wie, jak zareagować w sytuacji zagrożenia bezpieczeństwa, w tym ze strony zjawisk przyrodniczych.</w:t>
            </w:r>
          </w:p>
          <w:p w14:paraId="32E26E1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nazywa podstawowe znaki drogowe.</w:t>
            </w:r>
          </w:p>
          <w:p w14:paraId="33A5249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zna zasady przechodzenia przez jezdnię z sygnalizacją świetlną oraz bez niej.</w:t>
            </w:r>
          </w:p>
          <w:p w14:paraId="6178B6D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gromadzi ilustracje, informacje oraz okazy przyrodnicze, tworząc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lapbook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o lesie.</w:t>
            </w:r>
          </w:p>
          <w:p w14:paraId="6F0AA8E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prowadzi obserwacje (np. związane z hodowlą rzeżuchy).</w:t>
            </w:r>
          </w:p>
        </w:tc>
      </w:tr>
    </w:tbl>
    <w:p w14:paraId="0BEB7CE9" w14:textId="77777777" w:rsidR="00531A3A" w:rsidRPr="003F2597" w:rsidRDefault="00000000">
      <w:pPr>
        <w:spacing w:before="120" w:after="6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EDUKACJA SPOŁECZNA</w:t>
      </w:r>
    </w:p>
    <w:p w14:paraId="6423ADF1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KOMPETENCJE OSOBISTE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08CADCE5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4D25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61AA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8C08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F92D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08C1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0D458B4F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8F9C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wymienia podstawowe potrzeby człowieka (odżywianie się, odpoczynek, potrzeba bliskości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bezpie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 razie potrzeby potrafi wykorzystać umiejętność w nowej sytuacji.</w:t>
            </w:r>
          </w:p>
          <w:p w14:paraId="46E4520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rozpoznaje swoje potrzeby i nazywa to, co czuje; w razie potrzeby potrafi wykorzystać umiejętność w nowej sytuacji.</w:t>
            </w:r>
          </w:p>
          <w:p w14:paraId="402B38C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rozpoznaje sytuacje zagrożenia ze strony innych ludzi i wie, jak należy się w nich zachować; w razie potrzeby potrafi wykorzystać umiejętność w nowej sytuacji.</w:t>
            </w:r>
          </w:p>
          <w:p w14:paraId="552EBFA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wie, kogo i w jakich sytuacjach poprosić o pomoc; w razie potrzeby potrafi wykorzystać umiejętność w nowej sytuacji.</w:t>
            </w:r>
          </w:p>
          <w:p w14:paraId="7D7C3A5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zasady zdrowego stylu życia (dieta, aktywność ruchowa, kontakt z przyrodą, dobór ubrań; w razie potrzeby potrafi wykorzystać umiejętność w nowej sytuacji.</w:t>
            </w:r>
          </w:p>
          <w:p w14:paraId="21D639E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rozróżnia produkty zdrowe i niezdrowe, wymienia wartości odżywcze produktów oraz wskazuje te,;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80BC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wymienia podstawowe potrzeby człowieka (odżywianie się, odpoczynek, potrzeba bliskości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bezpie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  <w:p w14:paraId="4269190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rozpoznaje swoje potrzeby i nazywa to, co czuje.</w:t>
            </w:r>
          </w:p>
          <w:p w14:paraId="54F2EB4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rozpoznaje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sytuacje zagrożenia ze strony innych ludzi i wie, jak należy się w nich zachować.</w:t>
            </w:r>
          </w:p>
          <w:p w14:paraId="0639D22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wie, kogo i w jakich sytuacjach poprosić o pomoc.</w:t>
            </w:r>
          </w:p>
          <w:p w14:paraId="7340BCB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zasady zdrowego stylu życia (dieta, aktywność ruchowa, kontakt z przyrodą, dobór ubrań.</w:t>
            </w:r>
          </w:p>
          <w:p w14:paraId="1594DDC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rozróżnia produkty zdrowe i niezdrowe, wymienia wartości odżywcze produktów oraz wskazuje te,.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CC36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wymienia podstawowe potrzeby człowieka (odżywianie się, odpoczynek, potrzeba bliskości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bezpie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popełnia nieliczne błędy.</w:t>
            </w:r>
          </w:p>
          <w:p w14:paraId="03B040E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rozpoznaje swoje potrzeby i nazywa to, co czuje; popełnia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nieliczne błędy.</w:t>
            </w:r>
          </w:p>
          <w:p w14:paraId="1BB6772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rozpoznaje sytuacje zagrożenia ze strony innych ludzi i wie, jak należy się w nich zachować; popełnia nieliczne błędy.</w:t>
            </w:r>
          </w:p>
          <w:p w14:paraId="42068EA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wie, kogo i w jakich sytuacjach poprosić o pomoc; popełnia nieliczne błędy.</w:t>
            </w:r>
          </w:p>
          <w:p w14:paraId="109A807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zasady zdrowego stylu życia (dieta, aktywność ruchowa, kontakt z przyrodą, dobór ubrań; popełnia nieliczne błędy.</w:t>
            </w:r>
          </w:p>
          <w:p w14:paraId="123E539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rozróżnia produkty zdrowe i niezdrowe, wymienia wartości odżywcze produktów oraz wskazuje te,;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A320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wymienia podstawowe potrzeby człowieka (odżywianie się, odpoczynek, potrzeba bliskości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bezpie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wymaga utrwalenia umiejętności.</w:t>
            </w:r>
          </w:p>
          <w:p w14:paraId="13FD424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rozpoznaje swoje potrzeby i nazywa to,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co czuje; wymaga utrwalenia umiejętności.</w:t>
            </w:r>
          </w:p>
          <w:p w14:paraId="75E3950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rozpoznaje sytuacje zagrożenia ze strony innych ludzi i wie, jak należy się w nich zachować; wymaga utrwalenia umiejętności.</w:t>
            </w:r>
          </w:p>
          <w:p w14:paraId="36D9DA9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wie, kogo i w jakich sytuacjach poprosić o pomoc; wymaga utrwalenia umiejętności.</w:t>
            </w:r>
          </w:p>
          <w:p w14:paraId="5EA43FD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zasady zdrowego stylu życia (dieta, aktywność ruchowa, kontakt z przyrodą, dobór ubrań; wymaga utrwalenia umiejętności.</w:t>
            </w:r>
          </w:p>
          <w:p w14:paraId="5E327C5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rozróżnia produkty zdrowe i niezdrowe, wymienia wartości odżywcze produktów oraz wskazuje te,;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8EFE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wymienia podstawowe potrzeby człowieka (odżywianie się, odpoczynek, potrzeba bliskości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bezpie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  <w:p w14:paraId="0A77F95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wykonania zadania i opanowuje podstawowy zakres umiejętności: rozpoznaje swoje potrzeby i nazywa to, co czuje.</w:t>
            </w:r>
          </w:p>
          <w:p w14:paraId="37A432B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rozpoznaje sytuacje zagrożenia ze strony innych ludzi i wie, jak należy się w nich zachować.</w:t>
            </w:r>
          </w:p>
          <w:p w14:paraId="313ADA0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wie, kogo i w jakich sytuacjach poprosić o pomoc.</w:t>
            </w:r>
          </w:p>
          <w:p w14:paraId="39CBB4F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zasady zdrowego stylu życia (dieta, aktywność ruchowa, kontakt z przyrodą, dobór ubrań.</w:t>
            </w:r>
          </w:p>
          <w:p w14:paraId="56EAEAF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rozróżnia produkty zdrowe i niezdrowe, wymienia wartości odżywcze produktów oraz wskazuje te,.</w:t>
            </w:r>
          </w:p>
        </w:tc>
      </w:tr>
    </w:tbl>
    <w:p w14:paraId="3FFE0D4C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KOMPETENCJE SPOŁECZNE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64F285F3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0EDE9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3BA3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CACCA1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192CB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5DFA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6531A695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9AB8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zna imiona i nazwiska kolegów oraz koleżanek z klasy; w razie potrzeby potrafi wykorzystać umiejętność w nowej sytuacji.</w:t>
            </w:r>
          </w:p>
          <w:p w14:paraId="5905EAE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określa relacje panujące w rodzinie; w razie potrzeby potrafi wykorzystać umiejętność w nowej sytuacji.</w:t>
            </w:r>
          </w:p>
          <w:p w14:paraId="531174B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wypełnia sumiennie obowiązki dyżurnego oraz przyjmuje odpowiedzialność za powierzone zadania; w razie potrzeby potrafi wykorzystać umiejętność w nowej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sytuacji.</w:t>
            </w:r>
          </w:p>
          <w:p w14:paraId="5FB841D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używa zwrotów grzecznościowych, szanuje pracę innych; w razie potrzeby potrafi wykorzystać umiejętność w nowej sytuacji.</w:t>
            </w:r>
          </w:p>
          <w:p w14:paraId="3AC1A98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poznaje zabawy dzieci z różnych krajów oraz tradycje świąteczne w krajach europejskich; w razie potrzeby potrafi wykorzystać umiejętność w nowej sytuacji.</w:t>
            </w:r>
          </w:p>
          <w:p w14:paraId="32912EC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współpracuje w parze i w grupie, prezentuje efekty wspólnej pracy; w razie potrzeby potrafi wykorzystać umiejętność w nowej sytuacji.</w:t>
            </w:r>
          </w:p>
          <w:p w14:paraId="06BD665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wie, kogo powiadomić w sytuacji przekraczania granic osobistych i doświadczania przemocy;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CA2E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zna imiona i nazwiska kolegów oraz koleżanek z klasy.</w:t>
            </w:r>
          </w:p>
          <w:p w14:paraId="1ED141D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określa relacje panujące w rodzinie.</w:t>
            </w:r>
          </w:p>
          <w:p w14:paraId="5CD7C67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wypełnia sumiennie obowiązki dyżurnego oraz przyjmuje odpowiedzialność za powierzone zadania.</w:t>
            </w:r>
          </w:p>
          <w:p w14:paraId="5CE5E2F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używa zwrotów grzecznościowych, szanuje pracę innych.</w:t>
            </w:r>
          </w:p>
          <w:p w14:paraId="7A41748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poznaje zabawy dzieci z różnych krajów oraz tradycje świąteczne w krajach europejskich.</w:t>
            </w:r>
          </w:p>
          <w:p w14:paraId="3C2115F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współpracuje w parze i w grupie, prezentuje efekty wspólnej pracy.</w:t>
            </w:r>
          </w:p>
          <w:p w14:paraId="5C55AA4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wie, kogo powiadomić w sytuacji przekraczania granic osobistych i doświadczania przemocy.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2736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zna imiona i nazwiska kolegów oraz koleżanek z klasy; popełnia nieliczne błędy.</w:t>
            </w:r>
          </w:p>
          <w:p w14:paraId="0AC2422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określa relacje panujące w rodzinie; popełnia nieliczne błędy.</w:t>
            </w:r>
          </w:p>
          <w:p w14:paraId="5970EF8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wypełnia sumiennie obowiązki dyżurnego oraz przyjmuje odpowiedzialność za powierzone zadania; popełnia nieliczne błędy.</w:t>
            </w:r>
          </w:p>
          <w:p w14:paraId="5CA185E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używa zwrotów grzecznościowych, szanuje pracę innych; popełnia nieliczne błędy.</w:t>
            </w:r>
          </w:p>
          <w:p w14:paraId="3B99C3E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poznaje zabawy dzieci z różnych krajów oraz tradycje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świąteczne w krajach europejskich; popełnia nieliczne błędy.</w:t>
            </w:r>
          </w:p>
          <w:p w14:paraId="14FE6E5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współpracuje w parze i w grupie, prezentuje efekty wspólnej pracy; popełnia nieliczne błędy.</w:t>
            </w:r>
          </w:p>
          <w:p w14:paraId="7FDB89C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wie, kogo powiadomić w sytuacji przekraczania granic osobistych i doświadczania przemocy;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2259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zna imiona i nazwiska kolegów oraz koleżanek z klasy; wymaga utrwalenia umiejętności.</w:t>
            </w:r>
          </w:p>
          <w:p w14:paraId="18A7BFA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określa relacje panujące w rodzinie; wymaga utrwalenia umiejętności.</w:t>
            </w:r>
          </w:p>
          <w:p w14:paraId="7671632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wypełnia sumiennie obowiązki dyżurnego oraz przyjmuje odpowiedzialność za powierzone zadania; wymaga utrwalenia umiejętności.</w:t>
            </w:r>
          </w:p>
          <w:p w14:paraId="76F5D36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używa zwrotów grzecznościowych, szanuje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pracę innych; wymaga utrwalenia umiejętności.</w:t>
            </w:r>
          </w:p>
          <w:p w14:paraId="4FBC7A4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poznaje zabawy dzieci z różnych krajów oraz tradycje świąteczne w krajach europejskich; wymaga utrwalenia umiejętności.</w:t>
            </w:r>
          </w:p>
          <w:p w14:paraId="0CABB78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współpracuje w parze i w grupie, prezentuje efekty wspólnej pracy; wymaga utrwalenia umiejętności.</w:t>
            </w:r>
          </w:p>
          <w:p w14:paraId="32ABB52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wie, kogo powiadomić w sytuacji przekraczania granic osobistych i doświadczania przemocy;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1FC4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zna imiona i nazwiska kolegów oraz koleżanek z klasy.</w:t>
            </w:r>
          </w:p>
          <w:p w14:paraId="6447F87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określa relacje panujące w rodzinie.</w:t>
            </w:r>
          </w:p>
          <w:p w14:paraId="38141B2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wypełnia sumiennie obowiązki dyżurnego oraz przyjmuje odpowiedzialność za powierzone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zadania.</w:t>
            </w:r>
          </w:p>
          <w:p w14:paraId="76620C7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używa zwrotów grzecznościowych, szanuje pracę innych.</w:t>
            </w:r>
          </w:p>
          <w:p w14:paraId="2A86248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poznaje zabawy dzieci z różnych krajów oraz tradycje świąteczne w krajach europejskich.</w:t>
            </w:r>
          </w:p>
          <w:p w14:paraId="77331D8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współpracuje w parze i w grupie, prezentuje efekty wspólnej pracy.</w:t>
            </w:r>
          </w:p>
          <w:p w14:paraId="7F01053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wie, kogo powiadomić w sytuacji przekraczania granic osobistych i doświadczania przemocy.</w:t>
            </w:r>
          </w:p>
        </w:tc>
      </w:tr>
    </w:tbl>
    <w:p w14:paraId="3CD0845C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EDUKACJA OBYWATELSKA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61D4B4C3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29C48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24E5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47E28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8857E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61F1F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09480726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7882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zna i tworzy zasady regulaminu klasowego; w razie potrzeby potrafi wykorzystać umiejętność w nowej sytuacji.</w:t>
            </w:r>
          </w:p>
          <w:p w14:paraId="5F9E84C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prawa dziecka oraz prawa i obowiązki ucznia; w razie potrzeby potrafi wykorzystać umiejętność w nowej sytuacji.</w:t>
            </w:r>
          </w:p>
          <w:p w14:paraId="5F57920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opowiada legendę o powstaniu państwa polskiego oraz wyjaśnia jej związek z godłem i barwami na-; w razie potrzeby potrafi wykorzystać umiejętność w nowej sytuacji.</w:t>
            </w:r>
          </w:p>
          <w:p w14:paraId="3D897C3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wymienia tradycje świąteczne (wymienia potrawy wigilijne, opisuje choinkę i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pisankę wielkanocną; w razie potrzeby potrafi wykorzystać umiejętność w nowej sytuacji.</w:t>
            </w:r>
          </w:p>
          <w:p w14:paraId="5E7039B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zna barwy narodowe oraz śpiewa jedną zwrotkę hymnu narodowego; w razie potrzeby potrafi wykorzystać umiejętność w nowej sytuacji.</w:t>
            </w:r>
          </w:p>
          <w:p w14:paraId="1263814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podaje dawną (Gniezno) oraz obecną (Warszawa) stolicę Polski; w razie potrzeby potrafi wykorzystać umiejętność w nowej sytuacji.</w:t>
            </w:r>
          </w:p>
          <w:p w14:paraId="0E63E33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podaje status administracyjny swojej miejscowości (wieś/miasto); w razie potrzeby potrafi wykorzystać umiejętność w nowej sytuacji.</w:t>
            </w:r>
          </w:p>
          <w:p w14:paraId="2910FEC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określa podobieństwa i różnice między krajobrazem wiejskim a miejskim; w razie potrzeby potrafi wykorzystać umiejętność w nowej sytuacji.</w:t>
            </w:r>
          </w:p>
          <w:p w14:paraId="0C0A5EC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wskazuje na mapie Warszawę, rzekę Wisłę oraz Morze Bałtyckie oraz wybrane miasta; w razie potrzeby potrafi wykorzystać umiejętność w nowej sytuacji.</w:t>
            </w:r>
          </w:p>
          <w:p w14:paraId="04E1B26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przedstawia charakterystykę popularnych zawodów;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624A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zna i tworzy zasady regulaminu klasowego.</w:t>
            </w:r>
          </w:p>
          <w:p w14:paraId="7238476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prawa dziecka oraz prawa i obowiązki ucznia.</w:t>
            </w:r>
          </w:p>
          <w:p w14:paraId="7418DBA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opowiada legendę o powstaniu państwa polskiego oraz wyjaśnia jej związek z godłem i barwami na-.</w:t>
            </w:r>
          </w:p>
          <w:p w14:paraId="78AF018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tradycje świąteczne (wymienia potrawy wigilijne, opisuje choinkę i pisankę wielkanocną.</w:t>
            </w:r>
          </w:p>
          <w:p w14:paraId="6CD9DDD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zna barwy narodowe oraz śpiewa jedną zwrotkę hymnu narodowego.</w:t>
            </w:r>
          </w:p>
          <w:p w14:paraId="7D1FBC6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podaje dawną (Gniezno) oraz obecną (Warszawa) stolicę Polski.</w:t>
            </w:r>
          </w:p>
          <w:p w14:paraId="458B595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podaje status administracyjny swojej miejscowości (wieś/miasto).</w:t>
            </w:r>
          </w:p>
          <w:p w14:paraId="0DEE3E3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określa podobieństwa i różnice między krajobrazem wiejskim a miejskim.</w:t>
            </w:r>
          </w:p>
          <w:p w14:paraId="07D46F0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wskazuje na mapie Warszawę, rzekę Wisłę oraz Morze Bałtyckie oraz wybrane miasta.</w:t>
            </w:r>
          </w:p>
          <w:p w14:paraId="7BB47D9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przedstawia charakterystykę popularnych zawodów.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2009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zna i tworzy zasady regulaminu klasowego; popełnia nieliczne błędy.</w:t>
            </w:r>
          </w:p>
          <w:p w14:paraId="3D1D5D5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prawa dziecka oraz prawa i obowiązki ucznia; popełnia nieliczne błędy.</w:t>
            </w:r>
          </w:p>
          <w:p w14:paraId="2A92030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opowiada legendę o powstaniu państwa polskiego oraz wyjaśnia jej związek z godłem i barwami na-; popełnia nieliczne błędy.</w:t>
            </w:r>
          </w:p>
          <w:p w14:paraId="3E8B277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tradycje świąteczne (wymienia potrawy wigilijne, opisuje choinkę i pisankę wielkanocną; popełnia nieliczne błędy.</w:t>
            </w:r>
          </w:p>
          <w:p w14:paraId="7B76E19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zna barwy narodowe oraz śpiewa jedną zwrotkę hymnu narodowego; popełnia nieliczne błędy.</w:t>
            </w:r>
          </w:p>
          <w:p w14:paraId="1AB94F6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podaje dawną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(Gniezno) oraz obecną (Warszawa) stolicę Polski; popełnia nieliczne błędy.</w:t>
            </w:r>
          </w:p>
          <w:p w14:paraId="5226D08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podaje status administracyjny swojej miejscowości (wieś/miasto); popełnia nieliczne błędy.</w:t>
            </w:r>
          </w:p>
          <w:p w14:paraId="361B46F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określa podobieństwa i różnice między krajobrazem wiejskim a miejskim; popełnia nieliczne błędy.</w:t>
            </w:r>
          </w:p>
          <w:p w14:paraId="4F7DCC0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wskazuje na mapie Warszawę, rzekę Wisłę oraz Morze Bałtyckie oraz wybrane miasta; popełnia nieliczne błędy.</w:t>
            </w:r>
          </w:p>
          <w:p w14:paraId="28098DD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przedstawia charakterystykę popularnych zawodów;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2AA9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zna i tworzy zasady regulaminu klasowego; wymaga utrwalenia umiejętności.</w:t>
            </w:r>
          </w:p>
          <w:p w14:paraId="42A78C5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prawa dziecka oraz prawa i obowiązki ucznia; wymaga utrwalenia umiejętności.</w:t>
            </w:r>
          </w:p>
          <w:p w14:paraId="30BFE0D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opowiada legendę o powstaniu państwa polskiego oraz wyjaśnia jej związek z godłem i barwami na-; wymaga utrwalenia umiejętności.</w:t>
            </w:r>
          </w:p>
          <w:p w14:paraId="4C22506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tradycje świąteczne (wymienia potrawy wigilijne, opisuje choinkę i pisankę wielkanocną; wymaga utrwalenia umiejętności.</w:t>
            </w:r>
          </w:p>
          <w:p w14:paraId="5B73829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zna barwy narodowe oraz śpiewa jedną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zwrotkę hymnu narodowego; wymaga utrwalenia umiejętności.</w:t>
            </w:r>
          </w:p>
          <w:p w14:paraId="7966C34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podaje dawną (Gniezno) oraz obecną (Warszawa) stolicę Polski; wymaga utrwalenia umiejętności.</w:t>
            </w:r>
          </w:p>
          <w:p w14:paraId="765DAF5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podaje status administracyjny swojej miejscowości (wieś/miasto); wymaga utrwalenia umiejętności.</w:t>
            </w:r>
          </w:p>
          <w:p w14:paraId="031C79E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określa podobieństwa i różnice między krajobrazem wiejskim a miejskim; wymaga utrwalenia umiejętności.</w:t>
            </w:r>
          </w:p>
          <w:p w14:paraId="767CFF3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wskazuje na mapie Warszawę, rzekę Wisłę oraz Morze Bałtyckie oraz wybrane miasta; wymaga utrwalenia umiejętności.</w:t>
            </w:r>
          </w:p>
          <w:p w14:paraId="34579D3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przedstawia charakterystykę popularnych zawodów;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7862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zna i tworzy zasady regulaminu klasowego.</w:t>
            </w:r>
          </w:p>
          <w:p w14:paraId="0D213B1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prawa dziecka oraz prawa i obowiązki ucznia.</w:t>
            </w:r>
          </w:p>
          <w:p w14:paraId="4EE597E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opowiada legendę o powstaniu państwa polskiego oraz wyjaśnia jej związek z godłem i barwami na-.</w:t>
            </w:r>
          </w:p>
          <w:p w14:paraId="590281D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wymienia tradycje świąteczne (wymienia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potrawy wigilijne, opisuje choinkę i pisankę wielkanocną.</w:t>
            </w:r>
          </w:p>
          <w:p w14:paraId="503C030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zna barwy narodowe oraz śpiewa jedną zwrotkę hymnu narodowego.</w:t>
            </w:r>
          </w:p>
          <w:p w14:paraId="294CE8E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podaje dawną (Gniezno) oraz obecną (Warszawa) stolicę Polski.</w:t>
            </w:r>
          </w:p>
          <w:p w14:paraId="0690AD9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podaje status administracyjny swojej miejscowości (wieś/miasto).</w:t>
            </w:r>
          </w:p>
          <w:p w14:paraId="775FECA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określa podobieństwa i różnice między krajobrazem wiejskim a miejskim.</w:t>
            </w:r>
          </w:p>
          <w:p w14:paraId="3607372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wskazuje na mapie Warszawę, rzekę Wisłę oraz Morze Bałtyckie oraz wybrane miasta.</w:t>
            </w:r>
          </w:p>
          <w:p w14:paraId="4DDBEE0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przedstawia charakterystykę popularnych zawodów.</w:t>
            </w:r>
          </w:p>
        </w:tc>
      </w:tr>
    </w:tbl>
    <w:p w14:paraId="2B46E68B" w14:textId="77777777" w:rsidR="00531A3A" w:rsidRPr="003F2597" w:rsidRDefault="00000000">
      <w:pPr>
        <w:spacing w:before="120" w:after="6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lastRenderedPageBreak/>
        <w:t>EDUKACJA ARTYSTYCZNA – PLASTYKA I MUZYKA</w:t>
      </w:r>
    </w:p>
    <w:p w14:paraId="5A071CA4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t>PERCEPCJA I INTERPRETACJA DZIEŁ PLASTYCZNYCH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58F24B4F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2979E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 xml:space="preserve">6 – </w:t>
            </w:r>
            <w:proofErr w:type="spellStart"/>
            <w:r w:rsidRPr="003F2597">
              <w:rPr>
                <w:rFonts w:ascii="Calibri" w:hAnsi="Calibri" w:cs="Calibri"/>
                <w:b/>
                <w:sz w:val="18"/>
                <w:szCs w:val="18"/>
              </w:rPr>
              <w:t>celujący</w:t>
            </w:r>
            <w:proofErr w:type="spellEnd"/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DF72A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3E138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7F4DD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96B3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7EC4C592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FEFF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nazywa barwy podstawowe, określa ich jasność (jasne – ciemne) oraz opisuje proste elementy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wizu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 razie potrzeby potrafi wykorzystać umiejętność w nowej sytuacji.</w:t>
            </w:r>
          </w:p>
          <w:p w14:paraId="49E6920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wypowiada się prostymi zdaniami na temat tego, co podoba mu się w oglądanym dziele, opierając się; w razie potrzeby potrafi wykorzystać umiejętność w nowej sytuacji.</w:t>
            </w:r>
          </w:p>
          <w:p w14:paraId="2D7CFD9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nazywa podstawowe emocje (np. radość, smutek, strach) wywoływane przez obrazek, plakat lub ilu-;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89A8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nazywa barwy podstawowe, określa ich jasność (jasne – ciemne) oraz opisuje proste elementy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wizu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  <w:p w14:paraId="5DEC709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wypowiada się prostymi zdaniami na temat tego, co podoba mu się w oglądanym dziele,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opierając się.</w:t>
            </w:r>
          </w:p>
          <w:p w14:paraId="52A7A13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nazywa podstawowe emocje (np. radość, smutek, strach) wywoływane przez obrazek, plakat lub ilu-.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00DA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nazywa barwy podstawowe, określa ich jasność (jasne – ciemne) oraz opisuje proste elementy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wizu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popełnia nieliczne błędy.</w:t>
            </w:r>
          </w:p>
          <w:p w14:paraId="4578774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wypowiada się prostymi zdaniami na temat tego, co podoba mu się w oglądanym dziele,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opierając się; popełnia nieliczne błędy.</w:t>
            </w:r>
          </w:p>
          <w:p w14:paraId="39843D0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nazywa podstawowe emocje (np. radość, smutek, strach) wywoływane przez obrazek, plakat lub ilu-;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505E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nazywa barwy podstawowe, określa ich jasność (jasne – ciemne) oraz opisuje proste elementy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wizu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wymaga utrwalenia umiejętności.</w:t>
            </w:r>
          </w:p>
          <w:p w14:paraId="24609E7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wypowiada się prostymi zdaniami na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temat tego, co podoba mu się w oglądanym dziele, opierając się; wymaga utrwalenia umiejętności.</w:t>
            </w:r>
          </w:p>
          <w:p w14:paraId="29AC783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nazywa podstawowe emocje (np. radość, smutek, strach) wywoływane przez obrazek, plakat lub ilu-;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C1A1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nazywa barwy podstawowe, określa ich jasność (jasne – ciemne) oraz opisuje proste elementy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wizu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  <w:p w14:paraId="11D29F5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wykonania zadania i opanowuje podstawowy zakres umiejętności: wypowiada się prostymi zdaniami na temat tego, co podoba mu się w oglądanym dziele, opierając się.</w:t>
            </w:r>
          </w:p>
          <w:p w14:paraId="5838313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nazywa podstawowe emocje (np. radość, smutek, strach) wywoływane przez obrazek, plakat lub ilu-.</w:t>
            </w:r>
          </w:p>
        </w:tc>
      </w:tr>
    </w:tbl>
    <w:p w14:paraId="5DDC73E3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TWÓRCZE DZIAŁANIA PLASTYCZNE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1191569C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6C36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3FF0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B352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357A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5D7B7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61A4E133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44AF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stosuje podstawowe środki wyrazu (barwy podstawowe, linię, kształt) do wyrażania emocji i nastroju; w razie potrzeby potrafi wykorzystać umiejętność w nowej sytuacji.</w:t>
            </w:r>
          </w:p>
          <w:p w14:paraId="12AC59E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tworzy prace plastyczne na płaszczyźnie i w przestrzeni wykorzystując różnorodne narzędzia i mate-; w razie potrzeby potrafi wykorzystać umiejętność w nowej sytuacji.</w:t>
            </w:r>
          </w:p>
          <w:p w14:paraId="7901653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tworzy samodzielne prace i ilustracje inspirowane obserwacją przyrody, własnymi przeżyciami oraz; w razie potrzeby potrafi wykorzystać umiejętność w nowej sytuacji.</w:t>
            </w:r>
          </w:p>
          <w:p w14:paraId="459472E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według instrukcji proste przedmioty użyteczne oraz rekwizyty na potrzeby klasy (np. pa-;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7E64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stosuje podstawowe środki wyrazu (barwy podstawowe, linię, kształt) do wyrażania emocji i nastroju.</w:t>
            </w:r>
          </w:p>
          <w:p w14:paraId="291AD32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tworzy prace plastyczne na płaszczyźnie i w przestrzeni wykorzystując różnorodne narzędzia i mate-.</w:t>
            </w:r>
          </w:p>
          <w:p w14:paraId="0523DF4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tworzy samodzielne prace i ilustracje inspirowane obserwacją przyrody, własnymi przeżyciami oraz.</w:t>
            </w:r>
          </w:p>
          <w:p w14:paraId="4C398BA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według instrukcji proste przedmioty użyteczne oraz rekwizyty na potrzeby klasy (np. pa-.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F258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stosuje podstawowe środki wyrazu (barwy podstawowe, linię, kształt) do wyrażania emocji i nastroju; popełnia nieliczne błędy.</w:t>
            </w:r>
          </w:p>
          <w:p w14:paraId="183EF40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tworzy prace plastyczne na płaszczyźnie i w przestrzeni wykorzystując różnorodne narzędzia i mate-; popełnia nieliczne błędy.</w:t>
            </w:r>
          </w:p>
          <w:p w14:paraId="42235C9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tworzy samodzielne prace i ilustracje inspirowane obserwacją przyrody, własnymi przeżyciami oraz; popełnia nieliczne błędy.</w:t>
            </w:r>
          </w:p>
          <w:p w14:paraId="61A32C3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według instrukcji proste przedmioty użyteczne oraz rekwizyty na potrzeby klasy (np. pa-;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36E3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stosuje podstawowe środki wyrazu (barwy podstawowe, linię, kształt) do wyrażania emocji i nastroju; wymaga utrwalenia umiejętności.</w:t>
            </w:r>
          </w:p>
          <w:p w14:paraId="6F088EC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tworzy prace plastyczne na płaszczyźnie i w przestrzeni wykorzystując różnorodne narzędzia i mate-; wymaga utrwalenia umiejętności.</w:t>
            </w:r>
          </w:p>
          <w:p w14:paraId="365A046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tworzy samodzielne prace i ilustracje inspirowane obserwacją przyrody, własnymi przeżyciami oraz; wymaga utrwalenia umiejętności.</w:t>
            </w:r>
          </w:p>
          <w:p w14:paraId="36674EA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według instrukcji proste przedmioty użyteczne oraz rekwizyty na potrzeby klasy (np. pa-;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19D8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stosuje podstawowe środki wyrazu (barwy podstawowe, linię, kształt) do wyrażania emocji i nastroju.</w:t>
            </w:r>
          </w:p>
          <w:p w14:paraId="5445591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tworzy prace plastyczne na płaszczyźnie i w przestrzeni wykorzystując różnorodne narzędzia i mate-.</w:t>
            </w:r>
          </w:p>
          <w:p w14:paraId="0377129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tworzy samodzielne prace i ilustracje inspirowane obserwacją przyrody, własnymi przeżyciami oraz.</w:t>
            </w:r>
          </w:p>
          <w:p w14:paraId="0A11A2F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według instrukcji proste przedmioty użyteczne oraz rekwizyty na potrzeby klasy (np. pa-.</w:t>
            </w:r>
          </w:p>
        </w:tc>
      </w:tr>
    </w:tbl>
    <w:p w14:paraId="0D603FB7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KSZTAŁCENIE WRAŻLIWOŚCI ESTETYCZNEJ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298B912B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90F5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4D8D5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34003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863FE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0DB59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51F77A34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CDC0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wskazuje i opisuje prostymi zdaniami elementy najbliższego otoczenia; w razie potrzeby potrafi wykorzystać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umiejętność w nowej sytuacji.</w:t>
            </w:r>
          </w:p>
          <w:p w14:paraId="21A3298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dostrzega w otoczeniu i dekoracjach klasy elementy uporządkowane i nieuporządkowane, zauważając;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DFAF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wskazuje i opisuje prostymi zdaniami elementy najbliższego otoczenia.</w:t>
            </w:r>
          </w:p>
          <w:p w14:paraId="7B11890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dostrzega w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otoczeniu i dekoracjach klasy elementy uporządkowane i nieuporządkowane, zauważając.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3C82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wskazuje i opisuje prostymi zdaniami elementy najbliższego otoczenia; popełnia nieliczne błędy.</w:t>
            </w:r>
          </w:p>
          <w:p w14:paraId="73E394B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dostrzega w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otoczeniu i dekoracjach klasy elementy uporządkowane i nieuporządkowane, zauważając;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CCB13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wskazuje i opisuje prostymi zdaniami elementy najbliższego otoczenia; wymaga utrwalenia umiejętności.</w:t>
            </w:r>
          </w:p>
          <w:p w14:paraId="53B7F76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dostrzega w otoczeniu i dekoracjach klasy elementy uporządkowane i nieuporządkowane, zauważając;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A211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wskazuje i opisuje prostymi zdaniami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elementy najbliższego otoczenia.</w:t>
            </w:r>
          </w:p>
          <w:p w14:paraId="5AF3B1C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dostrzega w otoczeniu i dekoracjach klasy elementy uporządkowane i nieuporządkowane, zauważając.</w:t>
            </w:r>
          </w:p>
        </w:tc>
      </w:tr>
    </w:tbl>
    <w:p w14:paraId="1E17FA1B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PERCEPCJA I INTERPRETACJA MUZYKI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6A6ED775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28FC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2F1C7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23E60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4FD5F9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D076E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13260293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C854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słucha z uwagą dźwięków z bliskiego otoczenia i przyrody (prawidłowo je identyfikuje i różnicuje; w razie potrzeby potrafi wykorzystać umiejętność w nowej sytuacji.</w:t>
            </w:r>
          </w:p>
          <w:p w14:paraId="47A21CE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reaguje ruchem, klaskaniem, tupaniem i gestami na sygnały muzyczne, zmiany nastroju oraz puls ryt-; w razie potrzeby potrafi wykorzystać umiejętność w nowej sytuacji.</w:t>
            </w:r>
          </w:p>
          <w:p w14:paraId="313CC76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wyróżnia podstawowe cechy dźwięków (wysokie – niskie, długie – krótkie, ciche – głośne); w razie potrzeby potrafi wykorzystać umiejętność w nowej sytuacji.</w:t>
            </w:r>
          </w:p>
          <w:p w14:paraId="03B9A3D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rozpoznaje na podstawie wyglądu i brzmienia wybrane instrumenty strunowe;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E38A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słucha z uwagą dźwięków z bliskiego otoczenia i przyrody (prawidłowo je identyfikuje i różnicuje.</w:t>
            </w:r>
          </w:p>
          <w:p w14:paraId="1960538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reaguje ruchem, klaskaniem, tupaniem i gestami na sygnały muzyczne, zmiany nastroju oraz puls ryt-.</w:t>
            </w:r>
          </w:p>
          <w:p w14:paraId="1F72563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wyróżnia podstawowe cechy dźwięków (wysokie – niskie, długie – krótkie, ciche – głośne).</w:t>
            </w:r>
          </w:p>
          <w:p w14:paraId="0062377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rozpoznaje na podstawie wyglądu i brzmienia wybrane instrumenty strunowe.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6FF5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słucha z uwagą dźwięków z bliskiego otoczenia i przyrody (prawidłowo je identyfikuje i różnicuje; popełnia nieliczne błędy.</w:t>
            </w:r>
          </w:p>
          <w:p w14:paraId="68AE730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reaguje ruchem, klaskaniem, tupaniem i gestami na sygnały muzyczne, zmiany nastroju oraz puls ryt-; popełnia nieliczne błędy.</w:t>
            </w:r>
          </w:p>
          <w:p w14:paraId="078024F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wyróżnia podstawowe cechy dźwięków (wysokie – niskie, długie – krótkie, ciche – głośne); popełnia nieliczne błędy.</w:t>
            </w:r>
          </w:p>
          <w:p w14:paraId="5A170BD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rozpoznaje na podstawie wyglądu i brzmienia wybrane instrumenty strunowe;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F325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słucha z uwagą dźwięków z bliskiego otoczenia i przyrody (prawidłowo je identyfikuje i różnicuje; wymaga utrwalenia umiejętności.</w:t>
            </w:r>
          </w:p>
          <w:p w14:paraId="4AAA322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reaguje ruchem, klaskaniem, tupaniem i gestami na sygnały muzyczne, zmiany nastroju oraz puls ryt-; wymaga utrwalenia umiejętności.</w:t>
            </w:r>
          </w:p>
          <w:p w14:paraId="7E51FA9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wyróżnia podstawowe cechy dźwięków (wysokie – niskie, długie – krótkie, ciche – głośne); wymaga utrwalenia umiejętności.</w:t>
            </w:r>
          </w:p>
          <w:p w14:paraId="2A088F6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rozpoznaje na podstawie wyglądu i brzmienia wybrane instrumenty strunowe;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28D7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słucha z uwagą dźwięków z bliskiego otoczenia i przyrody (prawidłowo je identyfikuje i różnicuje.</w:t>
            </w:r>
          </w:p>
          <w:p w14:paraId="36AA757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reaguje ruchem, klaskaniem, tupaniem i gestami na sygnały muzyczne, zmiany nastroju oraz puls ryt-.</w:t>
            </w:r>
          </w:p>
          <w:p w14:paraId="4468F82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wyróżnia podstawowe cechy dźwięków (wysokie – niskie, długie – krótkie, ciche – głośne).</w:t>
            </w:r>
          </w:p>
          <w:p w14:paraId="0A0594B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rozpoznaje na podstawie wyglądu i brzmienia wybrane instrumenty strunowe.</w:t>
            </w:r>
          </w:p>
        </w:tc>
      </w:tr>
    </w:tbl>
    <w:p w14:paraId="343D84B0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t>AKTYWNOŚCI MUZYCZNE: ŚPIEW, RUCH I GRA NA INSTRUMENTACH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2BCF628D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83220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 xml:space="preserve">6 – </w:t>
            </w:r>
            <w:proofErr w:type="spellStart"/>
            <w:r w:rsidRPr="003F2597">
              <w:rPr>
                <w:rFonts w:ascii="Calibri" w:hAnsi="Calibri" w:cs="Calibri"/>
                <w:b/>
                <w:sz w:val="18"/>
                <w:szCs w:val="18"/>
              </w:rPr>
              <w:t>celujący</w:t>
            </w:r>
            <w:proofErr w:type="spellEnd"/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7B577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966C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8C440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4D8AB8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22F5B228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48D6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śpiewa ze słuchu proste piosenki dziecięce, wyliczanki, kolędy, pastorałki oraz hymn szkoły (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dostoso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 razie potrzeby potrafi wykorzystać umiejętność w nowej sytuacji.</w:t>
            </w:r>
          </w:p>
          <w:p w14:paraId="1FB225A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wykonuje łatwe tematy rytmiczne; w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razie potrzeby potrafi wykorzystać umiejętność w nowej sytuacji.</w:t>
            </w:r>
          </w:p>
          <w:p w14:paraId="105C359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tańczy według prostych układów ruchowych charakterystycznych dla polki, poloneza i marsza; w razie potrzeby potrafi wykorzystać umiejętność w nowej sytuacji.</w:t>
            </w:r>
          </w:p>
          <w:p w14:paraId="3C80B03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gra proste schematy rytmiczne na instrumentach perkusyjnych, niekonwencjonalnych i wykonanych;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5A12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śpiewa ze słuchu proste piosenki dziecięce, wyliczanki, kolędy, pastorałki oraz hymn szkoły (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dostoso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  <w:p w14:paraId="7D330C5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łatwe tematy rytmiczne.</w:t>
            </w:r>
          </w:p>
          <w:p w14:paraId="2A6E070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tańczy według prostych układów ruchowych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charakterystycznych dla polki, poloneza i marsza.</w:t>
            </w:r>
          </w:p>
          <w:p w14:paraId="5A1171A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gra proste schematy rytmiczne na instrumentach perkusyjnych, niekonwencjonalnych i wykonanych.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153F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śpiewa ze słuchu proste piosenki dziecięce, wyliczanki, kolędy, pastorałki oraz hymn szkoły (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dostoso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popełnia nieliczne błędy.</w:t>
            </w:r>
          </w:p>
          <w:p w14:paraId="673F8EE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łatwe tematy rytmiczne; popełnia nieliczne błędy.</w:t>
            </w:r>
          </w:p>
          <w:p w14:paraId="0C5977F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tańczy według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prostych układów ruchowych charakterystycznych dla polki, poloneza i marsza; popełnia nieliczne błędy.</w:t>
            </w:r>
          </w:p>
          <w:p w14:paraId="5F5C7FA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gra proste schematy rytmiczne na instrumentach perkusyjnych, niekonwencjonalnych i wykonanych;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B8C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śpiewa ze słuchu proste piosenki dziecięce, wyliczanki, kolędy, pastorałki oraz hymn szkoły (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dostoso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wymaga utrwalenia umiejętności.</w:t>
            </w:r>
          </w:p>
          <w:p w14:paraId="1CAECB1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łatwe tematy rytmiczne; wymaga utrwalenia umiejętności.</w:t>
            </w:r>
          </w:p>
          <w:p w14:paraId="78B0DD8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tańczy według prostych układów ruchowych charakterystycznych dla polki, poloneza i marsza; wymaga utrwalenia umiejętności.</w:t>
            </w:r>
          </w:p>
          <w:p w14:paraId="342F978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gra proste schematy rytmiczne na instrumentach perkusyjnych, niekonwencjonalnych i wykonanych;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3F55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śpiewa ze słuchu proste piosenki dziecięce, wyliczanki, kolędy, pastorałki oraz hymn szkoły (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dostoso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  <w:p w14:paraId="7E77333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podstawowy zakres umiejętności: wykonuje łatwe tematy rytmiczne.</w:t>
            </w:r>
          </w:p>
          <w:p w14:paraId="3DF58CF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tańczy według prostych układów ruchowych charakterystycznych dla polki, poloneza i marsza.</w:t>
            </w:r>
          </w:p>
          <w:p w14:paraId="102CD50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gra proste schematy rytmiczne na instrumentach perkusyjnych, niekonwencjonalnych i wykonanych.</w:t>
            </w:r>
          </w:p>
        </w:tc>
      </w:tr>
    </w:tbl>
    <w:p w14:paraId="46C073FC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lastRenderedPageBreak/>
        <w:t>TWÓRCZE DZIAŁANIA MUZYCZNE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1E57D5DF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E610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4CA174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AD887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17069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23CE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172E2E46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47EF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tworzy proste dźwięki i motywy rytmiczne za pomocą głosu,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gestodźwięków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instrumentów lub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rekwi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 razie potrzeby potrafi wykorzystać umiejętność w nowej sytuacji.</w:t>
            </w:r>
          </w:p>
          <w:p w14:paraId="697790F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naśladuje głosy i odgłosy zwierząt, łącząc je w proste zestawy głosek i sylab; w razie potrzeby potrafi wykorzystać umiejętność w nowej sytuacji.</w:t>
            </w:r>
          </w:p>
          <w:p w14:paraId="2B0209C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łatwy akompaniament rytmiczny na podstawie podanego wzoru;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E2FA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tworzy proste dźwięki i motywy rytmiczne za pomocą głosu,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gestodźwięków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instrumentów lub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rekwi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  <w:p w14:paraId="54B5CB2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naśladuje głosy i odgłosy zwierząt, łącząc je w proste zestawy głosek i sylab.</w:t>
            </w:r>
          </w:p>
          <w:p w14:paraId="5D3FF36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łatwy akompaniament rytmiczny na podstawie podanego wzoru.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8CA5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tworzy proste dźwięki i motywy rytmiczne za pomocą głosu,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gestodźwięków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instrumentów lub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rekwi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popełnia nieliczne błędy.</w:t>
            </w:r>
          </w:p>
          <w:p w14:paraId="44287B3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naśladuje głosy i odgłosy zwierząt, łącząc je w proste zestawy głosek i sylab; popełnia nieliczne błędy.</w:t>
            </w:r>
          </w:p>
          <w:p w14:paraId="600B218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łatwy akompaniament rytmiczny na podstawie podanego wzoru;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2154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tworzy proste dźwięki i motywy rytmiczne za pomocą głosu,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gestodźwięków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instrumentów lub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rekwi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-; wymaga utrwalenia umiejętności.</w:t>
            </w:r>
          </w:p>
          <w:p w14:paraId="1EC636F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naśladuje głosy i odgłosy zwierząt, łącząc je w proste zestawy głosek i sylab; wymaga utrwalenia umiejętności.</w:t>
            </w:r>
          </w:p>
          <w:p w14:paraId="35370E6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łatwy akompaniament rytmiczny na podstawie podanego wzoru;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03E2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tworzy proste dźwięki i motywy rytmiczne za pomocą głosu,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gestodźwięków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, instrumentów lub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rekwi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-.</w:t>
            </w:r>
          </w:p>
          <w:p w14:paraId="01CCB1D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naśladuje głosy i odgłosy zwierząt, łącząc je w proste zestawy głosek i sylab.</w:t>
            </w:r>
          </w:p>
          <w:p w14:paraId="24CE3E0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łatwy akompaniament rytmiczny na podstawie podanego wzoru.</w:t>
            </w:r>
          </w:p>
        </w:tc>
      </w:tr>
    </w:tbl>
    <w:p w14:paraId="61B1DF7C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INNE DZIAŁANIA ARTYSTYCZNE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05E96618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790C1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D92DD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0FA36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BA050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20DD5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72AB7571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E65A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wyraża proste emocje i stany za pomocą głosu, ruchu, gestu i mimiki; w razie potrzeby potrafi wykorzystać umiejętność w nowej sytuacji.</w:t>
            </w:r>
          </w:p>
          <w:p w14:paraId="6B8ECE0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tworzy postać sceniczną poprzez naśladowanie głosu, ruchu i zachowania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postaci z otoczenia lub; w razie potrzeby potrafi wykorzystać umiejętność w nowej sytuacji.</w:t>
            </w:r>
          </w:p>
          <w:p w14:paraId="6083916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reaguje ruchem, głosem lub gestem na wybrane teksty literackie, muzyczne i wizualne;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DFDC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wyraża proste emocje i stany za pomocą głosu, ruchu, gestu i mimiki.</w:t>
            </w:r>
          </w:p>
          <w:p w14:paraId="40AC86B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tworzy postać sceniczną poprzez naśladowanie głosu, ruchu i zachowania postaci z otoczenia lub.</w:t>
            </w:r>
          </w:p>
          <w:p w14:paraId="35B8FDC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reaguje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ruchem, głosem lub gestem na wybrane teksty literackie, muzyczne i wizualne.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BEF2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wyraża proste emocje i stany za pomocą głosu, ruchu, gestu i mimiki; popełnia nieliczne błędy.</w:t>
            </w:r>
          </w:p>
          <w:p w14:paraId="3A43097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tworzy postać sceniczną poprzez naśladowanie głosu, ruchu i zachowania postaci z otoczenia lub; popełnia nieliczne błędy.</w:t>
            </w:r>
          </w:p>
          <w:p w14:paraId="38CF8AC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reaguje ruchem,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głosem lub gestem na wybrane teksty literackie, muzyczne i wizualne;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0AC42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wyraża proste emocje i stany za pomocą głosu, ruchu, gestu i mimiki; wymaga utrwalenia umiejętności.</w:t>
            </w:r>
          </w:p>
          <w:p w14:paraId="71134B2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tworzy postać sceniczną poprzez naśladowanie głosu, ruchu i zachowania postaci z otoczenia lub; wymaga utrwalenia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umiejętności.</w:t>
            </w:r>
          </w:p>
          <w:p w14:paraId="0C3617B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reaguje ruchem, głosem lub gestem na wybrane teksty literackie, muzyczne i wizualne;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8A28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wyraża proste emocje i stany za pomocą głosu, ruchu, gestu i mimiki.</w:t>
            </w:r>
          </w:p>
          <w:p w14:paraId="21BF966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tworzy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postać sceniczną poprzez naśladowanie głosu, ruchu i zachowania postaci z otoczenia lub.</w:t>
            </w:r>
          </w:p>
          <w:p w14:paraId="4DF95E8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reaguje ruchem, głosem lub gestem na wybrane teksty literackie, muzyczne i wizualne.</w:t>
            </w:r>
          </w:p>
        </w:tc>
      </w:tr>
    </w:tbl>
    <w:p w14:paraId="36C5768C" w14:textId="77777777" w:rsidR="00531A3A" w:rsidRPr="003F2597" w:rsidRDefault="00000000">
      <w:pPr>
        <w:spacing w:before="120" w:after="6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lastRenderedPageBreak/>
        <w:t>EDUKACJA TECHNICZNA I INFORMATYCZNA</w:t>
      </w:r>
    </w:p>
    <w:p w14:paraId="5061B47F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t>BEZPIECZEŃSTWO I HIGIENA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6B7FEF6E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564B98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 xml:space="preserve">6 – </w:t>
            </w:r>
            <w:proofErr w:type="spellStart"/>
            <w:r w:rsidRPr="003F2597">
              <w:rPr>
                <w:rFonts w:ascii="Calibri" w:hAnsi="Calibri" w:cs="Calibri"/>
                <w:b/>
                <w:sz w:val="18"/>
                <w:szCs w:val="18"/>
              </w:rPr>
              <w:t>celujący</w:t>
            </w:r>
            <w:proofErr w:type="spellEnd"/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9EEFC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215F7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168B1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A1E7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1A53D98D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1493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zasady pracy w pracowni komputerowej; w razie potrzeby potrafi wykorzystać umiejętność w nowej sytuacji.</w:t>
            </w:r>
          </w:p>
          <w:p w14:paraId="0033BA2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nazywa sytuacje niebezpieczne w domu, szkole i najbliższym otoczeniu; w razie potrzeby potrafi wykorzystać umiejętność w nowej sytuacji.</w:t>
            </w:r>
          </w:p>
          <w:p w14:paraId="5B79097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wymienia podstawowe numery alarmowe i wie, jak wezwać pomoc; w razie potrzeby potrafi wykorzystać umiejętność w nowej sytuacji.</w:t>
            </w:r>
          </w:p>
          <w:p w14:paraId="4D6DD76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podejmuje próby odróżniania informacji prawdziwych od nieprawdziwych;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D6E3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zasady pracy w pracowni komputerowej.</w:t>
            </w:r>
          </w:p>
          <w:p w14:paraId="74AA587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nazywa sytuacje niebezpieczne w domu, szkole i najbliższym otoczeniu.</w:t>
            </w:r>
          </w:p>
          <w:p w14:paraId="4610022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wymienia podstawowe numery alarmowe i wie, jak wezwać pomoc.</w:t>
            </w:r>
          </w:p>
          <w:p w14:paraId="6F2F6C0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podejmuje próby odróżniania informacji prawdziwych od nieprawdziwych.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F5A6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zasady pracy w pracowni komputerowej; popełnia nieliczne błędy.</w:t>
            </w:r>
          </w:p>
          <w:p w14:paraId="444BD49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nazywa sytuacje niebezpieczne w domu, szkole i najbliższym otoczeniu; popełnia nieliczne błędy.</w:t>
            </w:r>
          </w:p>
          <w:p w14:paraId="2C27A76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wymienia podstawowe numery alarmowe i wie, jak wezwać pomoc; popełnia nieliczne błędy.</w:t>
            </w:r>
          </w:p>
          <w:p w14:paraId="084D1E1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podejmuje próby odróżniania informacji prawdziwych od nieprawdziwych;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90B4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zasady pracy w pracowni komputerowej; wymaga utrwalenia umiejętności.</w:t>
            </w:r>
          </w:p>
          <w:p w14:paraId="5181E32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nazywa sytuacje niebezpieczne w domu, szkole i najbliższym otoczeniu; wymaga utrwalenia umiejętności.</w:t>
            </w:r>
          </w:p>
          <w:p w14:paraId="7EF52D6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wymienia podstawowe numery alarmowe i wie, jak wezwać pomoc; wymaga utrwalenia umiejętności.</w:t>
            </w:r>
          </w:p>
          <w:p w14:paraId="1EDAE1F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podejmuje próby odróżniania informacji prawdziwych od nieprawdziwych;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C9B9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zasady pracy w pracowni komputerowej.</w:t>
            </w:r>
          </w:p>
          <w:p w14:paraId="3A89292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nazywa sytuacje niebezpieczne w domu, szkole i najbliższym otoczeniu.</w:t>
            </w:r>
          </w:p>
          <w:p w14:paraId="3AFB787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wymienia podstawowe numery alarmowe i wie, jak wezwać pomoc.</w:t>
            </w:r>
          </w:p>
          <w:p w14:paraId="5C49E7F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podejmuje próby odróżniania informacji prawdziwych od nieprawdziwych.</w:t>
            </w:r>
          </w:p>
        </w:tc>
      </w:tr>
    </w:tbl>
    <w:p w14:paraId="1DCDB743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PROJEKTOWANIE I TWORZENIE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090D8718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C524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DCFA1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318F3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0E45D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5A591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21F50E04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447E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według instrukcji proste projekty i prace techniczne; w razie potrzeby potrafi wykorzystać umiejętność w nowej sytuacji.</w:t>
            </w:r>
          </w:p>
          <w:p w14:paraId="2A47853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wykonuje proste przedmioty użytkowe i dekoracyjne; w razie potrzeby potrafi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wykorzystać umiejętność w nowej sytuacji.</w:t>
            </w:r>
          </w:p>
          <w:p w14:paraId="14CE8B7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korzysta z podstawowych programów graficznych i tekstowych; w razie potrzeby potrafi wykorzystać umiejętność w nowej sytuacji.</w:t>
            </w:r>
          </w:p>
          <w:p w14:paraId="52C8163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proste zadania z wykorzystaniem programowania blokowego; w razie potrzeby potrafi wykorzystać umiejętność w nowej sytuacji.</w:t>
            </w:r>
          </w:p>
          <w:p w14:paraId="6108FD3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redaguje krótkie instrukcje i opisy działań;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8156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według instrukcji proste projekty i prace techniczne.</w:t>
            </w:r>
          </w:p>
          <w:p w14:paraId="52890C9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proste przedmioty użytkowe i dekoracyjne.</w:t>
            </w:r>
          </w:p>
          <w:p w14:paraId="6EB5F63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korzysta z podstawowych programów graficznych i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tekstowych.</w:t>
            </w:r>
          </w:p>
          <w:p w14:paraId="55B2AC1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proste zadania z wykorzystaniem programowania blokowego.</w:t>
            </w:r>
          </w:p>
          <w:p w14:paraId="4281A72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redaguje krótkie instrukcje i opisy działań.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776F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według instrukcji proste projekty i prace techniczne; popełnia nieliczne błędy.</w:t>
            </w:r>
          </w:p>
          <w:p w14:paraId="6A9BA0B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proste przedmioty użytkowe i dekoracyjne; popełnia nieliczne błędy.</w:t>
            </w:r>
          </w:p>
          <w:p w14:paraId="6F72900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korzysta z podstawowych programów graficznych i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tekstowych; popełnia nieliczne błędy.</w:t>
            </w:r>
          </w:p>
          <w:p w14:paraId="190B9EA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proste zadania z wykorzystaniem programowania blokowego; popełnia nieliczne błędy.</w:t>
            </w:r>
          </w:p>
          <w:p w14:paraId="6DD2454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redaguje krótkie instrukcje i opisy działań;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9BCF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według instrukcji proste projekty i prace techniczne; wymaga utrwalenia umiejętności.</w:t>
            </w:r>
          </w:p>
          <w:p w14:paraId="0E9344D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proste przedmioty użytkowe i dekoracyjne; wymaga utrwalenia umiejętności.</w:t>
            </w:r>
          </w:p>
          <w:p w14:paraId="42C4E8A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korzysta z podstawowych programów graficznych i tekstowych; wymaga utrwalenia umiejętności.</w:t>
            </w:r>
          </w:p>
          <w:p w14:paraId="171D8AB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proste zadania z wykorzystaniem programowania blokowego; wymaga utrwalenia umiejętności.</w:t>
            </w:r>
          </w:p>
          <w:p w14:paraId="635F254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redaguje krótkie instrukcje i opisy działań;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53735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według instrukcji proste projekty i prace techniczne.</w:t>
            </w:r>
          </w:p>
          <w:p w14:paraId="32C3CB1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wykonuje proste przedmioty użytkowe i dekoracyjne.</w:t>
            </w:r>
          </w:p>
          <w:p w14:paraId="1C53EFB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korzysta z podstawowych programów graficznych i tekstowych.</w:t>
            </w:r>
          </w:p>
          <w:p w14:paraId="5B20846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proste zadania z wykorzystaniem programowania blokowego.</w:t>
            </w:r>
          </w:p>
          <w:p w14:paraId="0983D7A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redaguje krótkie instrukcje i opisy działań.</w:t>
            </w:r>
          </w:p>
        </w:tc>
      </w:tr>
    </w:tbl>
    <w:p w14:paraId="51277BF4" w14:textId="77777777" w:rsidR="00531A3A" w:rsidRPr="003F2597" w:rsidRDefault="00000000">
      <w:pPr>
        <w:spacing w:before="120" w:after="6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lastRenderedPageBreak/>
        <w:t>WYCHOWANIE FIZYCZNE</w:t>
      </w:r>
    </w:p>
    <w:p w14:paraId="72CB2AEF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  <w:lang w:val="pl-PL"/>
        </w:rPr>
      </w:pPr>
      <w:r w:rsidRPr="003F2597">
        <w:rPr>
          <w:rFonts w:ascii="Calibri" w:hAnsi="Calibri" w:cs="Calibri"/>
          <w:b/>
          <w:sz w:val="18"/>
          <w:szCs w:val="18"/>
          <w:lang w:val="pl-PL"/>
        </w:rPr>
        <w:t>AKTYWNOŚĆ FIZYCZNA I BEZPIECZEŃSTWO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371380E5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B1738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 xml:space="preserve">6 – </w:t>
            </w:r>
            <w:proofErr w:type="spellStart"/>
            <w:r w:rsidRPr="003F2597">
              <w:rPr>
                <w:rFonts w:ascii="Calibri" w:hAnsi="Calibri" w:cs="Calibri"/>
                <w:b/>
                <w:sz w:val="18"/>
                <w:szCs w:val="18"/>
              </w:rPr>
              <w:t>celujący</w:t>
            </w:r>
            <w:proofErr w:type="spellEnd"/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6BE0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5B232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1E7DA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87F2C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7EA58836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496B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rozgrzewkę pod okiem nauczyciela; w razie potrzeby potrafi wykorzystać umiejętność w nowej sytuacji.</w:t>
            </w:r>
          </w:p>
          <w:p w14:paraId="1C5726A1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ustawia się szybko i bezpiecznie w szeregu, dwuszeregu, kole oraz w rozsypce; w razie potrzeby potrafi wykorzystać umiejętność w nowej sytuacji.</w:t>
            </w:r>
          </w:p>
          <w:p w14:paraId="5671A5C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jeździ na dostępnym sprzęcie po linii prostej i sprawnie hamuje;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202C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rozgrzewkę pod okiem nauczyciela.</w:t>
            </w:r>
          </w:p>
          <w:p w14:paraId="3F62A38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ustawia się szybko i bezpiecznie w szeregu, dwuszeregu, kole oraz w rozsypce.</w:t>
            </w:r>
          </w:p>
          <w:p w14:paraId="4628543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jeździ na dostępnym sprzęcie po linii prostej i sprawnie hamuje.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3006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rozgrzewkę pod okiem nauczyciela; popełnia nieliczne błędy.</w:t>
            </w:r>
          </w:p>
          <w:p w14:paraId="03A3E53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ustawia się szybko i bezpiecznie w szeregu, dwuszeregu, kole oraz w rozsypce; popełnia nieliczne błędy.</w:t>
            </w:r>
          </w:p>
          <w:p w14:paraId="419C0D8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jeździ na dostępnym sprzęcie po linii prostej i sprawnie hamuje;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BF922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rozgrzewkę pod okiem nauczyciela; wymaga utrwalenia umiejętności.</w:t>
            </w:r>
          </w:p>
          <w:p w14:paraId="42572FD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ustawia się szybko i bezpiecznie w szeregu, dwuszeregu, kole oraz w rozsypce; wymaga utrwalenia umiejętności.</w:t>
            </w:r>
          </w:p>
          <w:p w14:paraId="25D3627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jeździ na dostępnym sprzęcie po linii prostej i sprawnie hamuje;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51F6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rozgrzewkę pod okiem nauczyciela.</w:t>
            </w:r>
          </w:p>
          <w:p w14:paraId="5D42D11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ustawia się szybko i bezpiecznie w szeregu, dwuszeregu, kole oraz w rozsypce.</w:t>
            </w:r>
          </w:p>
          <w:p w14:paraId="675D3AC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jeździ na dostępnym sprzęcie po linii prostej i sprawnie hamuje.</w:t>
            </w:r>
          </w:p>
        </w:tc>
      </w:tr>
    </w:tbl>
    <w:p w14:paraId="2F67733C" w14:textId="77777777" w:rsidR="00531A3A" w:rsidRPr="003F2597" w:rsidRDefault="00000000">
      <w:pPr>
        <w:spacing w:before="60" w:after="40"/>
        <w:rPr>
          <w:rFonts w:ascii="Calibri" w:hAnsi="Calibri" w:cs="Calibri"/>
          <w:sz w:val="18"/>
          <w:szCs w:val="18"/>
        </w:rPr>
      </w:pPr>
      <w:r w:rsidRPr="003F2597">
        <w:rPr>
          <w:rFonts w:ascii="Calibri" w:hAnsi="Calibri" w:cs="Calibri"/>
          <w:b/>
          <w:sz w:val="18"/>
          <w:szCs w:val="18"/>
        </w:rPr>
        <w:t>SPRAWNOŚĆ FIZYCZNA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146"/>
        <w:gridCol w:w="3146"/>
        <w:gridCol w:w="3146"/>
      </w:tblGrid>
      <w:tr w:rsidR="00531A3A" w:rsidRPr="003F2597" w14:paraId="27AB4CB6" w14:textId="77777777">
        <w:trPr>
          <w:jc w:val="center"/>
        </w:trPr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C82C4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6 – celujący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15500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5 – bardzo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69288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4 – dobry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0215B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3 – dostateczny</w:t>
            </w:r>
          </w:p>
        </w:tc>
        <w:tc>
          <w:tcPr>
            <w:tcW w:w="3146" w:type="dxa"/>
            <w:shd w:val="clear" w:color="auto" w:fill="D9EAF7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4C7181" w14:textId="77777777" w:rsidR="00531A3A" w:rsidRPr="003F2597" w:rsidRDefault="0000000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</w:rPr>
              <w:t>2 – dopuszczający</w:t>
            </w:r>
          </w:p>
        </w:tc>
      </w:tr>
      <w:tr w:rsidR="00531A3A" w:rsidRPr="003F2597" w14:paraId="6C1E9A82" w14:textId="77777777">
        <w:trPr>
          <w:jc w:val="center"/>
        </w:trPr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ABCD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przyjmuje pozycje niskie (przysiad podparty, siady, klęki, leżenia); w razie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potrzeby potrafi wykorzystać umiejętność w nowej sytuacji.</w:t>
            </w:r>
          </w:p>
          <w:p w14:paraId="3E1BF62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biega do wyznaczonego miejsca (5–10 m), po prostej, slalomem oraz po okręgu; w razie potrzeby potrafi wykorzystać umiejętność w nowej sytuacji.</w:t>
            </w:r>
          </w:p>
          <w:p w14:paraId="51BDF81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Samodzielnie, sprawnie i bardzo dobrze skacze w górę obunóż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jednonóż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; w razie potrzeby potrafi wykorzystać umiejętność w nowej sytuacji.</w:t>
            </w:r>
          </w:p>
          <w:p w14:paraId="7FE2D18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czołga się pod niskimi przeszkodami, pełza z przyborem i wspina się na niskie przyrządy; w razie potrzeby potrafi wykorzystać umiejętność w nowej sytuacji.</w:t>
            </w:r>
          </w:p>
          <w:p w14:paraId="3B8E40E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wykonuje rzuty jedną ręką i oburącz (zza głowy, znad głowy, dołem) oraz chwyta, podaje i toczy przy-; w razie potrzeby potrafi wykorzystać umiejętność w nowej sytuacji.</w:t>
            </w:r>
          </w:p>
          <w:p w14:paraId="5B5DA62D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Samodzielnie, sprawnie i bardzo dobrze utrzymuje równowagę statyczną i dynamiczną, przechodząc po ławeczce lub linie rozłożonej na pod-; w razie potrzeby potrafi wykorzystać umiejętność w nowej sytuacji.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D03A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przyjmuje pozycje niskie (przysiad podparty, siady, klęki, leżenia).</w:t>
            </w:r>
          </w:p>
          <w:p w14:paraId="18413E4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biega do wyznaczonego miejsca (5–10 m), po prostej, slalomem oraz po okręgu.</w:t>
            </w:r>
          </w:p>
          <w:p w14:paraId="19FF479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Samodzielnie i poprawnie skacze w górę obunóż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jednonóż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.</w:t>
            </w:r>
          </w:p>
          <w:p w14:paraId="716A5A3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czołga się pod niskimi przeszkodami, pełza z przyborem i wspina się na niskie przyrządy.</w:t>
            </w:r>
          </w:p>
          <w:p w14:paraId="18142BE7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wykonuje rzuty jedną ręką i oburącz (zza głowy, znad głowy, dołem) oraz chwyta, podaje i toczy przy-.</w:t>
            </w:r>
          </w:p>
          <w:p w14:paraId="58E505A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Samodzielnie i poprawnie utrzymuje równowagę statyczną i dynamiczną, przechodząc po ławeczce lub linie rozłożonej na pod-.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77FA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przyjmuje pozycje niskie (przysiad podparty, siady, klęki, leżenia); popełnia nieliczne błędy.</w:t>
            </w:r>
          </w:p>
          <w:p w14:paraId="5188561F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biega do wyznaczonego miejsca (5–10 m), po prostej, slalomem oraz po okręgu; popełnia nieliczne błędy.</w:t>
            </w:r>
          </w:p>
          <w:p w14:paraId="765CCF2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Na ogół poprawnie skacze w górę obunóż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jednonóż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; popełnia nieliczne błędy.</w:t>
            </w:r>
          </w:p>
          <w:p w14:paraId="618420F3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czołga się pod niskimi przeszkodami, pełza z przyborem i wspina się na niskie przyrządy; popełnia nieliczne błędy.</w:t>
            </w:r>
          </w:p>
          <w:p w14:paraId="24F0E804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wykonuje rzuty jedną ręką i oburącz (zza głowy, znad głowy, dołem) oraz chwyta, podaje i toczy przy-; popełnia nieliczne błędy.</w:t>
            </w:r>
          </w:p>
          <w:p w14:paraId="49019DD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Na ogół poprawnie utrzymuje równowagę statyczną i dynamiczną, przechodząc po ławeczce lub linie rozłożonej na pod-; popełnia nieliczne błędy.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150B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przyjmuje pozycje niskie (przysiad podparty, siady, klęki, leżenia); wymaga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utrwalenia umiejętności.</w:t>
            </w:r>
          </w:p>
          <w:p w14:paraId="59536AB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biega do wyznaczonego miejsca (5–10 m), po prostej, slalomem oraz po okręgu; wymaga utrwalenia umiejętności.</w:t>
            </w:r>
          </w:p>
          <w:p w14:paraId="70325C60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niewielką pomocą nauczyciela skacze w górę obunóż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jednonóż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; wymaga utrwalenia umiejętności.</w:t>
            </w:r>
          </w:p>
          <w:p w14:paraId="570EC3E9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czołga się pod niskimi przeszkodami, pełza z przyborem i wspina się na niskie przyrządy; wymaga utrwalenia umiejętności.</w:t>
            </w:r>
          </w:p>
          <w:p w14:paraId="6C7EB75B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wykonuje rzuty jedną ręką i oburącz (zza głowy, znad głowy, dołem) oraz chwyta, podaje i toczy przy-; wymaga utrwalenia umiejętności.</w:t>
            </w:r>
          </w:p>
          <w:p w14:paraId="544D059C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niewielką pomocą nauczyciela utrzymuje równowagę statyczną i dynamiczną, przechodząc po ławeczce lub linie rozłożonej na pod-; wymaga utrwalenia umiejętności.</w:t>
            </w:r>
          </w:p>
        </w:tc>
        <w:tc>
          <w:tcPr>
            <w:tcW w:w="314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D0CB6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lastRenderedPageBreak/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lastRenderedPageBreak/>
              <w:t>przyjmuje pozycje niskie (przysiad podparty, siady, klęki, leżenia).</w:t>
            </w:r>
          </w:p>
          <w:p w14:paraId="203D7032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biega do wyznaczonego miejsca (5–10 m), po prostej, slalomem oraz po okręgu.</w:t>
            </w:r>
          </w:p>
          <w:p w14:paraId="7005EBF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 xml:space="preserve">Z pomocą nauczyciela podejmuje próbę wykonania zadania i opanowuje podstawowy zakres umiejętności: skacze w górę obunóż i </w:t>
            </w:r>
            <w:proofErr w:type="spellStart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jednonóż</w:t>
            </w:r>
            <w:proofErr w:type="spellEnd"/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.</w:t>
            </w:r>
          </w:p>
          <w:p w14:paraId="2E3AD068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czołga się pod niskimi przeszkodami, pełza z przyborem i wspina się na niskie przyrządy.</w:t>
            </w:r>
          </w:p>
          <w:p w14:paraId="2159DF8E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wykonuje rzuty jedną ręką i oburącz (zza głowy, znad głowy, dołem) oraz chwyta, podaje i toczy przy-.</w:t>
            </w:r>
          </w:p>
          <w:p w14:paraId="0FE1FFCA" w14:textId="77777777" w:rsidR="00531A3A" w:rsidRPr="003F2597" w:rsidRDefault="00000000">
            <w:pPr>
              <w:spacing w:after="2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3F2597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 xml:space="preserve">• </w:t>
            </w:r>
            <w:r w:rsidRPr="003F2597">
              <w:rPr>
                <w:rFonts w:ascii="Calibri" w:hAnsi="Calibri" w:cs="Calibri"/>
                <w:sz w:val="18"/>
                <w:szCs w:val="18"/>
                <w:lang w:val="pl-PL"/>
              </w:rPr>
              <w:t>Z pomocą nauczyciela podejmuje próbę wykonania zadania i opanowuje podstawowy zakres umiejętności: utrzymuje równowagę statyczną i dynamiczną, przechodząc po ławeczce lub linie rozłożonej na pod-.</w:t>
            </w:r>
          </w:p>
        </w:tc>
      </w:tr>
    </w:tbl>
    <w:p w14:paraId="6D1A5AEB" w14:textId="77777777" w:rsidR="00E12000" w:rsidRPr="003F2597" w:rsidRDefault="00E12000">
      <w:pPr>
        <w:rPr>
          <w:lang w:val="pl-PL"/>
        </w:rPr>
      </w:pPr>
    </w:p>
    <w:sectPr w:rsidR="00E12000" w:rsidRPr="003F2597" w:rsidSect="00034616">
      <w:pgSz w:w="16838" w:h="11906" w:orient="landscape"/>
      <w:pgMar w:top="709" w:right="567" w:bottom="652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C3605" w14:textId="77777777" w:rsidR="00E12000" w:rsidRDefault="00E12000">
      <w:pPr>
        <w:spacing w:after="0" w:line="240" w:lineRule="auto"/>
      </w:pPr>
      <w:r>
        <w:separator/>
      </w:r>
    </w:p>
  </w:endnote>
  <w:endnote w:type="continuationSeparator" w:id="0">
    <w:p w14:paraId="515D2B7A" w14:textId="77777777" w:rsidR="00E12000" w:rsidRDefault="00E1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FA1F9" w14:textId="77777777" w:rsidR="00E12000" w:rsidRDefault="00E12000">
      <w:pPr>
        <w:spacing w:after="0" w:line="240" w:lineRule="auto"/>
      </w:pPr>
      <w:r>
        <w:separator/>
      </w:r>
    </w:p>
  </w:footnote>
  <w:footnote w:type="continuationSeparator" w:id="0">
    <w:p w14:paraId="42EC7DE1" w14:textId="77777777" w:rsidR="00E12000" w:rsidRDefault="00E12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6180076">
    <w:abstractNumId w:val="8"/>
  </w:num>
  <w:num w:numId="2" w16cid:durableId="655501670">
    <w:abstractNumId w:val="6"/>
  </w:num>
  <w:num w:numId="3" w16cid:durableId="1412004902">
    <w:abstractNumId w:val="5"/>
  </w:num>
  <w:num w:numId="4" w16cid:durableId="2048412639">
    <w:abstractNumId w:val="4"/>
  </w:num>
  <w:num w:numId="5" w16cid:durableId="839393367">
    <w:abstractNumId w:val="7"/>
  </w:num>
  <w:num w:numId="6" w16cid:durableId="1663506513">
    <w:abstractNumId w:val="3"/>
  </w:num>
  <w:num w:numId="7" w16cid:durableId="1439521532">
    <w:abstractNumId w:val="2"/>
  </w:num>
  <w:num w:numId="8" w16cid:durableId="1155146159">
    <w:abstractNumId w:val="1"/>
  </w:num>
  <w:num w:numId="9" w16cid:durableId="75301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F2597"/>
    <w:rsid w:val="00531A3A"/>
    <w:rsid w:val="00AA1D8D"/>
    <w:rsid w:val="00B47730"/>
    <w:rsid w:val="00CB0664"/>
    <w:rsid w:val="00E12000"/>
    <w:rsid w:val="00EF75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BC89C1"/>
  <w14:defaultImageDpi w14:val="300"/>
  <w15:docId w15:val="{800D9EF8-DE5A-4803-A502-FCF43DD9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25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259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2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16239</Words>
  <Characters>97434</Characters>
  <Application>Microsoft Office Word</Application>
  <DocSecurity>0</DocSecurity>
  <Lines>811</Lines>
  <Paragraphs>226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Kinga Dudczak-Rosiak</cp:lastModifiedBy>
  <cp:revision>2</cp:revision>
  <dcterms:created xsi:type="dcterms:W3CDTF">2026-09-05T16:23:00Z</dcterms:created>
  <dcterms:modified xsi:type="dcterms:W3CDTF">2026-09-05T16:23:00Z</dcterms:modified>
  <cp:category/>
</cp:coreProperties>
</file>