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D615D" w14:textId="700BD87E" w:rsidR="0031464D" w:rsidRPr="00E35DED" w:rsidRDefault="0031464D">
      <w:pPr>
        <w:jc w:val="center"/>
        <w:rPr>
          <w:rFonts w:asciiTheme="majorHAnsi" w:hAnsiTheme="majorHAnsi" w:cstheme="majorHAnsi"/>
          <w:sz w:val="22"/>
        </w:rPr>
      </w:pPr>
    </w:p>
    <w:p w14:paraId="06F97331" w14:textId="77777777" w:rsidR="00172D41" w:rsidRPr="00E35DED" w:rsidRDefault="00172D41">
      <w:pPr>
        <w:pStyle w:val="Tytu"/>
        <w:jc w:val="center"/>
        <w:rPr>
          <w:rFonts w:cstheme="majorHAnsi"/>
          <w:sz w:val="22"/>
          <w:szCs w:val="22"/>
          <w:lang w:val="pl-PL"/>
        </w:rPr>
      </w:pPr>
    </w:p>
    <w:p w14:paraId="052D05F4" w14:textId="69C6B422" w:rsidR="0031464D" w:rsidRPr="00E35DED" w:rsidRDefault="00126FF5">
      <w:pPr>
        <w:pStyle w:val="Tytu"/>
        <w:jc w:val="center"/>
        <w:rPr>
          <w:rFonts w:cstheme="majorHAnsi"/>
          <w:sz w:val="28"/>
          <w:szCs w:val="28"/>
          <w:lang w:val="pl-PL"/>
        </w:rPr>
      </w:pPr>
      <w:r w:rsidRPr="00E35DED">
        <w:rPr>
          <w:rFonts w:cstheme="majorHAnsi"/>
          <w:sz w:val="28"/>
          <w:szCs w:val="28"/>
          <w:lang w:val="pl-PL"/>
        </w:rPr>
        <w:t>WYMAGANIA EDUKACYJNE</w:t>
      </w:r>
    </w:p>
    <w:p w14:paraId="2B4A1AF6" w14:textId="06E6E00D" w:rsidR="0031464D" w:rsidRPr="00E35DED" w:rsidRDefault="00126FF5">
      <w:pPr>
        <w:jc w:val="center"/>
        <w:rPr>
          <w:rFonts w:asciiTheme="majorHAnsi" w:hAnsiTheme="majorHAnsi" w:cstheme="majorHAnsi"/>
          <w:sz w:val="28"/>
          <w:szCs w:val="28"/>
          <w:lang w:val="pl-PL"/>
        </w:rPr>
      </w:pPr>
      <w:r w:rsidRPr="00E35DED">
        <w:rPr>
          <w:rFonts w:asciiTheme="majorHAnsi" w:hAnsiTheme="majorHAnsi" w:cstheme="majorHAnsi"/>
          <w:b/>
          <w:sz w:val="28"/>
          <w:szCs w:val="28"/>
          <w:lang w:val="pl-PL"/>
        </w:rPr>
        <w:t>niezbędne do otrzymania poszczególnych rocznych ocen klasyfikacyjnych</w:t>
      </w:r>
    </w:p>
    <w:p w14:paraId="7EBD7FA5" w14:textId="7291F98F" w:rsidR="00A661AE" w:rsidRPr="00E35DED" w:rsidRDefault="00126FF5" w:rsidP="00624297">
      <w:pPr>
        <w:jc w:val="center"/>
        <w:rPr>
          <w:rFonts w:asciiTheme="majorHAnsi" w:hAnsiTheme="majorHAnsi" w:cstheme="majorHAnsi"/>
          <w:i/>
          <w:sz w:val="28"/>
          <w:szCs w:val="28"/>
          <w:lang w:val="pl-PL"/>
        </w:rPr>
      </w:pPr>
      <w:r w:rsidRPr="00E35DED">
        <w:rPr>
          <w:rFonts w:asciiTheme="majorHAnsi" w:hAnsiTheme="majorHAnsi" w:cstheme="majorHAnsi"/>
          <w:i/>
          <w:sz w:val="28"/>
          <w:szCs w:val="28"/>
          <w:lang w:val="pl-PL"/>
        </w:rPr>
        <w:t xml:space="preserve">Język angielski | klasa 4 | </w:t>
      </w:r>
    </w:p>
    <w:p w14:paraId="5A1311C7" w14:textId="73C1919B" w:rsidR="006C3F85" w:rsidRPr="00E35DED" w:rsidRDefault="00126FF5" w:rsidP="00624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Theme="majorHAnsi" w:hAnsiTheme="majorHAnsi" w:cstheme="majorHAnsi"/>
          <w:sz w:val="28"/>
          <w:szCs w:val="28"/>
          <w:lang w:val="pl-PL"/>
        </w:rPr>
      </w:pPr>
      <w:r w:rsidRPr="00E35DED">
        <w:rPr>
          <w:rFonts w:asciiTheme="majorHAnsi" w:hAnsiTheme="majorHAnsi" w:cstheme="majorHAnsi"/>
          <w:sz w:val="28"/>
          <w:szCs w:val="28"/>
          <w:lang w:val="pl-PL"/>
        </w:rPr>
        <w:t xml:space="preserve">Wymagania mają charakter kumulatywny. Ocena wyższa zakłada spełnienie wymagań przypisanych ocenom niższym, odpowiednio większą samodzielność, poprawność, płynność i skuteczność komunikacyjną. </w:t>
      </w:r>
    </w:p>
    <w:p w14:paraId="146024BD" w14:textId="77777777" w:rsidR="00E45755" w:rsidRPr="00E35DED" w:rsidRDefault="00E45755" w:rsidP="00F67D91">
      <w:pPr>
        <w:rPr>
          <w:rFonts w:asciiTheme="majorHAnsi" w:hAnsiTheme="majorHAnsi" w:cstheme="majorHAnsi"/>
          <w:color w:val="002060"/>
          <w:sz w:val="28"/>
          <w:szCs w:val="28"/>
          <w:lang w:val="pl-PL"/>
        </w:rPr>
      </w:pPr>
    </w:p>
    <w:p w14:paraId="63E79E10" w14:textId="0DC6881B" w:rsidR="006C3F85" w:rsidRPr="00E35DED" w:rsidRDefault="006D43DA" w:rsidP="00E45755">
      <w:pPr>
        <w:jc w:val="center"/>
        <w:rPr>
          <w:rFonts w:asciiTheme="majorHAnsi" w:hAnsiTheme="majorHAnsi" w:cstheme="majorHAnsi"/>
          <w:color w:val="002060"/>
          <w:sz w:val="28"/>
          <w:szCs w:val="28"/>
          <w:lang w:val="pl-PL"/>
        </w:rPr>
      </w:pPr>
      <w:r w:rsidRPr="00E35DED">
        <w:rPr>
          <w:rFonts w:asciiTheme="majorHAnsi" w:hAnsiTheme="majorHAnsi" w:cstheme="majorHAnsi"/>
          <w:color w:val="002060"/>
          <w:sz w:val="28"/>
          <w:szCs w:val="28"/>
          <w:lang w:val="pl-PL"/>
        </w:rPr>
        <w:t>WYMAGANIA POZIOM OCZEKIWANY (</w:t>
      </w:r>
      <w:r w:rsidR="00E45755" w:rsidRPr="00E35DED">
        <w:rPr>
          <w:rFonts w:asciiTheme="majorHAnsi" w:hAnsiTheme="majorHAnsi" w:cstheme="majorHAnsi"/>
          <w:color w:val="002060"/>
          <w:sz w:val="28"/>
          <w:szCs w:val="28"/>
          <w:lang w:val="pl-PL"/>
        </w:rPr>
        <w:t>ścieżka A2)</w:t>
      </w:r>
    </w:p>
    <w:p w14:paraId="4B04B539" w14:textId="77777777" w:rsidR="00AE6156" w:rsidRPr="00E35DED" w:rsidRDefault="00AE6156" w:rsidP="00AE6156">
      <w:pPr>
        <w:rPr>
          <w:rFonts w:asciiTheme="majorHAnsi" w:hAnsiTheme="majorHAnsi" w:cstheme="majorHAnsi"/>
          <w:sz w:val="22"/>
          <w:lang w:val="pl-PL"/>
        </w:rPr>
      </w:pPr>
    </w:p>
    <w:p w14:paraId="660AB888" w14:textId="72827E02" w:rsidR="0031464D" w:rsidRPr="00E35DED" w:rsidRDefault="00126FF5">
      <w:pPr>
        <w:pStyle w:val="Nagwek1"/>
        <w:rPr>
          <w:rFonts w:cstheme="majorHAnsi"/>
          <w:sz w:val="22"/>
          <w:szCs w:val="22"/>
          <w:lang w:val="pl-PL"/>
        </w:rPr>
      </w:pPr>
      <w:r w:rsidRPr="00E35DED">
        <w:rPr>
          <w:rFonts w:cstheme="majorHAnsi"/>
          <w:sz w:val="22"/>
          <w:szCs w:val="22"/>
          <w:lang w:val="pl-PL"/>
        </w:rPr>
        <w:t>WYMAGANIA ROCZNE</w:t>
      </w:r>
    </w:p>
    <w:p w14:paraId="44561BCA" w14:textId="5A275E2E" w:rsidR="0031464D" w:rsidRPr="00E35DED" w:rsidRDefault="00126FF5">
      <w:pPr>
        <w:rPr>
          <w:rFonts w:asciiTheme="majorHAnsi" w:hAnsiTheme="majorHAnsi" w:cstheme="majorHAnsi"/>
          <w:sz w:val="22"/>
          <w:lang w:val="pl-PL"/>
        </w:rPr>
      </w:pPr>
      <w:r w:rsidRPr="00E35DED">
        <w:rPr>
          <w:rFonts w:asciiTheme="majorHAnsi" w:hAnsiTheme="majorHAnsi" w:cstheme="majorHAnsi"/>
          <w:b/>
          <w:sz w:val="22"/>
          <w:lang w:val="pl-PL"/>
        </w:rPr>
        <w:t xml:space="preserve">Zakres klasyfikacji: </w:t>
      </w:r>
      <w:r w:rsidRPr="00E35DED">
        <w:rPr>
          <w:rFonts w:asciiTheme="majorHAnsi" w:hAnsiTheme="majorHAnsi" w:cstheme="majorHAnsi"/>
          <w:sz w:val="22"/>
          <w:lang w:val="pl-PL"/>
        </w:rPr>
        <w:t xml:space="preserve">Wymagania roczne są kumulatywne i obejmują </w:t>
      </w:r>
      <w:r w:rsidR="00AE6156" w:rsidRPr="00E35DED">
        <w:rPr>
          <w:rFonts w:asciiTheme="majorHAnsi" w:hAnsiTheme="majorHAnsi" w:cstheme="majorHAnsi"/>
          <w:sz w:val="22"/>
          <w:lang w:val="pl-PL"/>
        </w:rPr>
        <w:t xml:space="preserve">zakresy tematyczne oraz środki językowe z </w:t>
      </w:r>
      <w:r w:rsidRPr="00E35DED">
        <w:rPr>
          <w:rFonts w:asciiTheme="majorHAnsi" w:hAnsiTheme="majorHAnsi" w:cstheme="majorHAnsi"/>
          <w:sz w:val="22"/>
          <w:lang w:val="pl-PL"/>
        </w:rPr>
        <w:t>całego roku szkolnego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752"/>
      </w:tblGrid>
      <w:tr w:rsidR="00AE6156" w:rsidRPr="00E35DED" w14:paraId="5F729BFB" w14:textId="77777777" w:rsidTr="006F3B54"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76D9E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</w:rPr>
              <w:t>Zakres tematyczny</w:t>
            </w:r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50A22" w14:textId="139DC063" w:rsidR="00AE6156" w:rsidRPr="00E35DED" w:rsidRDefault="004921D0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lang w:val="pl-PL"/>
              </w:rPr>
              <w:t xml:space="preserve">Wymienia: 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 Artykuły spożywcze; posiłki i nawyki żywieniowe; dyscypliny sportu, hobby i sprzęt sportowy; czynności i umiejętności; codzienne czynności; szkoła i przedmioty nauczania; formy spędzania czasu wolnego; uczucia i emocje; czynności wakacyjne; miejsca w mieście i orientacja w terenie.</w:t>
            </w:r>
          </w:p>
        </w:tc>
      </w:tr>
      <w:tr w:rsidR="00AE6156" w:rsidRPr="00E35DED" w14:paraId="7E93FDA4" w14:textId="77777777" w:rsidTr="006F3B54"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D6E006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</w:rPr>
              <w:t>Środki językowe</w:t>
            </w:r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D18FA" w14:textId="25BDA265" w:rsidR="00AE6156" w:rsidRPr="00E35DED" w:rsidRDefault="004921D0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lang w:val="pl-PL"/>
              </w:rPr>
              <w:t xml:space="preserve">Stosuje w zdaniach: 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zaimki osobowe i dzierżawcze; czasownik to be w Present Simple (twierdzenia, przeczenia, pytania, krótkie odpowiedzi, formy pełne i skrócone); a/an i przedimek zerowy; who, what, whose; szyk przymiotnik + rzeczownik; dopełniacz saksoński; przyimki miejsca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(on, </w:t>
            </w:r>
            <w:proofErr w:type="spellStart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under</w:t>
            </w:r>
            <w:proofErr w:type="spellEnd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, in, </w:t>
            </w:r>
            <w:proofErr w:type="spellStart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between</w:t>
            </w:r>
            <w:proofErr w:type="spellEnd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proofErr w:type="spellStart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next</w:t>
            </w:r>
            <w:proofErr w:type="spellEnd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to, </w:t>
            </w:r>
            <w:proofErr w:type="spellStart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behind</w:t>
            </w:r>
            <w:proofErr w:type="spellEnd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proofErr w:type="spellStart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opposite</w:t>
            </w:r>
            <w:proofErr w:type="spellEnd"/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)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</w:t>
            </w:r>
            <w:proofErr w:type="spellStart"/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this</w:t>
            </w:r>
            <w:proofErr w:type="spellEnd"/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proofErr w:type="spellStart"/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that</w:t>
            </w:r>
            <w:proofErr w:type="spellEnd"/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, these, those; How much is/are...?; have got (twierdzenia, przeczenia, pytania i pytania szczegółowe). rzeczowniki policzalne i niepoliczalne; some, any, a lot of; there is/there are; I’d like; and/or; can (umiejętności, pozwolenie, pytania i odpowiedzi); kolokacje make/play/ride; przysłówki sposobu; określanie czasu i pór dnia; Present Simple; rzeczowniki odczasownikowe verb + ing; Present Continuous; tryb rozkazujący.</w:t>
            </w:r>
          </w:p>
        </w:tc>
      </w:tr>
    </w:tbl>
    <w:p w14:paraId="0BA02AD2" w14:textId="77777777" w:rsidR="00AE6156" w:rsidRPr="00E35DED" w:rsidRDefault="00AE6156">
      <w:pPr>
        <w:rPr>
          <w:rFonts w:asciiTheme="majorHAnsi" w:hAnsiTheme="majorHAnsi" w:cstheme="majorHAnsi"/>
          <w:sz w:val="22"/>
          <w:lang w:val="pl-PL"/>
        </w:rPr>
      </w:pPr>
    </w:p>
    <w:p w14:paraId="3816ADD8" w14:textId="4BB06B84" w:rsidR="00AE6156" w:rsidRPr="00E35DED" w:rsidRDefault="00AE6156" w:rsidP="00AE6156">
      <w:pPr>
        <w:pStyle w:val="Nagwek2"/>
        <w:rPr>
          <w:rFonts w:cstheme="majorHAnsi"/>
          <w:sz w:val="22"/>
          <w:szCs w:val="22"/>
          <w:lang w:val="pl-PL"/>
        </w:rPr>
      </w:pPr>
      <w:r w:rsidRPr="00E35DED">
        <w:rPr>
          <w:rFonts w:cstheme="majorHAnsi"/>
          <w:sz w:val="22"/>
          <w:szCs w:val="22"/>
          <w:lang w:val="pl-PL"/>
        </w:rPr>
        <w:t>Ocena 6 - celująca</w:t>
      </w:r>
    </w:p>
    <w:p w14:paraId="28FB8CC1" w14:textId="6F5C86E8" w:rsidR="00AE6156" w:rsidRPr="00E35DED" w:rsidRDefault="00AE6156" w:rsidP="00AE6156">
      <w:pPr>
        <w:rPr>
          <w:rFonts w:asciiTheme="majorHAnsi" w:hAnsiTheme="majorHAnsi" w:cstheme="majorHAnsi"/>
          <w:sz w:val="22"/>
          <w:lang w:val="pl-PL"/>
        </w:rPr>
      </w:pPr>
      <w:r w:rsidRPr="00E35DED">
        <w:rPr>
          <w:rFonts w:asciiTheme="majorHAnsi" w:hAnsiTheme="majorHAnsi" w:cstheme="majorHAnsi"/>
          <w:b/>
          <w:sz w:val="22"/>
          <w:lang w:val="pl-PL"/>
        </w:rPr>
        <w:t xml:space="preserve">Ogólny poziom spełnienia wymagań: </w:t>
      </w:r>
      <w:r w:rsidRPr="00E35DED">
        <w:rPr>
          <w:rFonts w:asciiTheme="majorHAnsi" w:hAnsiTheme="majorHAnsi" w:cstheme="majorHAnsi"/>
          <w:sz w:val="22"/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355"/>
        <w:gridCol w:w="9831"/>
      </w:tblGrid>
      <w:tr w:rsidR="00AE6156" w:rsidRPr="00E35DED" w14:paraId="0ACDCB84" w14:textId="77777777" w:rsidTr="006F3B54">
        <w:trPr>
          <w:cantSplit/>
          <w:tblHeader/>
          <w:jc w:val="center"/>
        </w:trPr>
        <w:tc>
          <w:tcPr>
            <w:tcW w:w="235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39B0F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</w:rPr>
              <w:t>Obszar</w:t>
            </w:r>
          </w:p>
        </w:tc>
        <w:tc>
          <w:tcPr>
            <w:tcW w:w="983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06B37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  <w:lang w:val="pl-PL"/>
              </w:rPr>
              <w:t>Wymagania niezbędne do otrzymania oceny</w:t>
            </w:r>
          </w:p>
        </w:tc>
      </w:tr>
      <w:tr w:rsidR="00AE6156" w:rsidRPr="00E35DED" w14:paraId="40BAE97A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E30ADD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Rozumienie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wypowiedzi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ustnych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249D7F" w14:textId="083B758D" w:rsidR="00AE6156" w:rsidRPr="00E35DED" w:rsidRDefault="0087685F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lang w:val="pl-PL"/>
              </w:rPr>
              <w:t>Uczeń s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wobodnie, precyzyjnie i niemal bezbłędnie realizuje pełny zakres działań, także w zadaniach wymagających łączenia informacji: reag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na polecenia; określa główn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l tekstu słuchanego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 xml:space="preserve"> określa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cel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 xml:space="preserve"> rozmówcy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, miejsce i  czas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 xml:space="preserve"> wypowiedzi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 xml:space="preserve"> i relacje między rozmówcami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; wyszuk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szczegóło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we w tekście słuchanym</w:t>
            </w:r>
            <w:r w:rsidR="00AE6156"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wniosk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i na podstawie wysłuchanego tekstu</w:t>
            </w:r>
          </w:p>
        </w:tc>
      </w:tr>
      <w:tr w:rsidR="00AE6156" w:rsidRPr="00E35DED" w14:paraId="437EDE6E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9BCD14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lastRenderedPageBreak/>
              <w:t>Rozumienie wypowiedzi pisemnych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17575A" w14:textId="75200F10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Swobodnie, precyzyjnie i niemal bezbłędnie realizuje pełny zakres działań, także w zadaniach wymagających łączenia informacji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;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określa główn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myśl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 xml:space="preserve"> tekstu czytanego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cel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 xml:space="preserve">autora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 xml:space="preserve"> czas  i miejsce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 xml:space="preserve"> wypowiedzi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rozpozna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związk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między częściami tekstu; wyszuk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konkretne informacje w tekście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ki na podstawie przeczytanego tekstu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streszcza przeczytany tekst przekazując najważniejsze informacje, porządkuje fakty</w:t>
            </w:r>
          </w:p>
        </w:tc>
      </w:tr>
      <w:tr w:rsidR="00AE6156" w:rsidRPr="00E35DED" w14:paraId="0B4217B9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27E76B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ustnych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E5DC53" w14:textId="1A8DE528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Swobodnie, precyzyjnie i niemal bezbłędnie realizuje pełny zakres działań, także w zadaniach wymagających łączenia informacji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;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opis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 xml:space="preserve">wygląd zewnętrzny i charakter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ludzi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 xml:space="preserve"> i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awata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rów, opisuje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miejsc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 przedmiot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 ubra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 xml:space="preserve">nia, wymienia członków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rodziny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 xml:space="preserve"> i ich opisuje pod kątem relacji rodzinnych, wyglądu zewnętrznego i charakteru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inform</w:t>
            </w:r>
            <w:r w:rsidR="0087685F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przynależności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rzeczy do osób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 położeniu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osób i przedmiotów względem siebie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określa ceny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opisuje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upodobani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a, wyraża stan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posiadan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ia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przedstawia fakt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wymienia litery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alfabet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liter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 wyrazy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wym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awia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ćwiczon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dźwię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ki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. Ponadto: opis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jedzeni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 szkoł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 okolic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miejsc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 mieście; przedstawi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fakt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posiłkach i sporcie; opowiada o rutynach, czasie wolnym i czynnościach wykonywanych teraz; wyraża upodoba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opini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udziela wskazówek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drogi</w:t>
            </w:r>
          </w:p>
        </w:tc>
      </w:tr>
      <w:tr w:rsidR="00AE6156" w:rsidRPr="00E35DED" w14:paraId="7C9227A4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4D732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pisemnych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105B7A" w14:textId="7117E202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Swobodnie, precyzyjnie i niemal bezbłędnie realizuje pełny zakres działań, także w zadaniach wymagających łączenia informacji: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pisze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krótkie, proste, spójne i logiczne opisy siebie i innych osób,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opisy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wyglądu, ubrań, charakteru, ulubionych przedmiotów i pokoju; przedstawia fakt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pochodzeniu, wieku i zainteresowaniach. Ponadto: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tworzy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krótkie, proste, spójne i logiczne opisy jedzenia, czynności i umiejętności; wypowi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ada się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zdrowym żywieniu i weekendzie;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pisze krótkie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wiadomości i pocztówk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 wakacji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, tworzy projekt edukacyjny według podanych kryteriów</w:t>
            </w:r>
          </w:p>
        </w:tc>
      </w:tr>
      <w:tr w:rsidR="00AE6156" w:rsidRPr="00E35DED" w14:paraId="3174B8EC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7BF75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Reagowanie ustne i pisemne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8AF2A" w14:textId="31722990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Swobodnie, precyzyjnie i niemal bezbłędnie realizuje pełny zakres działań, także w zadaniach wymagających łączenia informacji: przedstawia siebie i innych; rozpoczyna, prowadz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kończ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rozmowy; uzysk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danych personalnych, wieku, narodowości, pochodzeniu, miejscu pobytu, wyglądzie, ubiorze, zainteresowaniach, czasie, przedmiotach, cenach,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stanie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posiadani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rodzinie; wyraża upodoba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stos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form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grzecznościo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we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. Ponadto: uzysk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jedzeniu, czasie, czynnościach, umiejętnościach, sporcie i miejscach; wyraża opini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pragni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enia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życze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pyta o pozwolenie; zamawia jedzeni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>; propon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wspólne spędzani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czasu; pyta o drogę i udziela wskazówek</w:t>
            </w:r>
            <w:r w:rsidR="00B63492">
              <w:rPr>
                <w:rFonts w:asciiTheme="majorHAnsi" w:hAnsiTheme="majorHAnsi" w:cstheme="majorHAnsi"/>
                <w:sz w:val="22"/>
                <w:lang w:val="pl-PL"/>
              </w:rPr>
              <w:t xml:space="preserve"> jak gdzieś dojść</w:t>
            </w:r>
          </w:p>
        </w:tc>
      </w:tr>
    </w:tbl>
    <w:p w14:paraId="37CBBCE4" w14:textId="77777777" w:rsidR="00AE6156" w:rsidRPr="00E35DED" w:rsidRDefault="00AE6156" w:rsidP="00AE6156">
      <w:pPr>
        <w:spacing w:after="20"/>
        <w:rPr>
          <w:rFonts w:asciiTheme="majorHAnsi" w:hAnsiTheme="majorHAnsi" w:cstheme="majorHAnsi"/>
          <w:sz w:val="22"/>
          <w:lang w:val="pl-PL"/>
        </w:rPr>
      </w:pPr>
    </w:p>
    <w:p w14:paraId="1DD3A1C6" w14:textId="77777777" w:rsidR="00AE6156" w:rsidRPr="00E35DED" w:rsidRDefault="00AE6156" w:rsidP="00AE6156">
      <w:pPr>
        <w:pStyle w:val="Nagwek2"/>
        <w:rPr>
          <w:rFonts w:cstheme="majorHAnsi"/>
          <w:sz w:val="22"/>
          <w:szCs w:val="22"/>
          <w:lang w:val="pl-PL"/>
        </w:rPr>
      </w:pPr>
      <w:r w:rsidRPr="00E35DED">
        <w:rPr>
          <w:rFonts w:cstheme="majorHAnsi"/>
          <w:sz w:val="22"/>
          <w:szCs w:val="22"/>
          <w:lang w:val="pl-PL"/>
        </w:rPr>
        <w:t>Ocena 5 - bardzo dobra</w:t>
      </w:r>
    </w:p>
    <w:p w14:paraId="20EAE640" w14:textId="6148C512" w:rsidR="00AE6156" w:rsidRPr="00E35DED" w:rsidRDefault="00AE6156" w:rsidP="00AE6156">
      <w:pPr>
        <w:rPr>
          <w:rFonts w:asciiTheme="majorHAnsi" w:hAnsiTheme="majorHAnsi" w:cstheme="majorHAnsi"/>
          <w:sz w:val="22"/>
          <w:lang w:val="pl-PL"/>
        </w:rPr>
      </w:pPr>
      <w:r w:rsidRPr="00E35DED">
        <w:rPr>
          <w:rFonts w:asciiTheme="majorHAnsi" w:hAnsiTheme="majorHAnsi" w:cstheme="majorHAnsi"/>
          <w:b/>
          <w:sz w:val="22"/>
          <w:lang w:val="pl-PL"/>
        </w:rPr>
        <w:t xml:space="preserve">Ogólny poziom spełnienia wymagań: </w:t>
      </w:r>
      <w:r w:rsidRPr="00E35DED">
        <w:rPr>
          <w:rFonts w:asciiTheme="majorHAnsi" w:hAnsiTheme="majorHAnsi" w:cstheme="majorHAnsi"/>
          <w:sz w:val="22"/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071"/>
        <w:gridCol w:w="10115"/>
      </w:tblGrid>
      <w:tr w:rsidR="00AE6156" w:rsidRPr="00E35DED" w14:paraId="43DC2E42" w14:textId="77777777" w:rsidTr="006F3B54">
        <w:trPr>
          <w:cantSplit/>
          <w:tblHeader/>
          <w:jc w:val="center"/>
        </w:trPr>
        <w:tc>
          <w:tcPr>
            <w:tcW w:w="207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FE59C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</w:rPr>
              <w:t>Obszar</w:t>
            </w:r>
          </w:p>
        </w:tc>
        <w:tc>
          <w:tcPr>
            <w:tcW w:w="1011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689300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  <w:lang w:val="pl-PL"/>
              </w:rPr>
              <w:t>Wymagania niezbędne do otrzymania oceny</w:t>
            </w:r>
          </w:p>
        </w:tc>
      </w:tr>
      <w:tr w:rsidR="00AE6156" w:rsidRPr="00E35DED" w14:paraId="7A2FA107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CDFBA8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Rozumienie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wypowiedzi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ustnych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C5902" w14:textId="2473CDA1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Samodzielnie, sprawnie i poprawnie realizuje pełny zakres działań: 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reag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na polecenia; określa główn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l tekstu słuchanego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 xml:space="preserve"> określa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cel rozmówcy, miejsce i  czas wypowiedzi i relacje między rozmówcami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; wyszuk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szczegóło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we w tekście słuchanym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wniosk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i na podstawie wysłuchanego tekstu</w:t>
            </w:r>
          </w:p>
        </w:tc>
      </w:tr>
      <w:tr w:rsidR="00AE6156" w:rsidRPr="00E35DED" w14:paraId="6739528E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17AB0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Rozumienie wypowiedzi pisemnych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0C7034" w14:textId="1B69F09A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Samodzielnie, sprawnie i poprawnie realizuje pełny zakres działań: 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określa główn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myśl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 xml:space="preserve"> tekstu czytanego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cel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 xml:space="preserve">autora 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 xml:space="preserve"> czas  i miejsce wypowiedzi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; rozpozna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je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związk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między częściami tekstu; wyszuk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konkretne informacje w tekście</w:t>
            </w:r>
            <w:r w:rsidR="003A12AC"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ki na podstawie przeczytanego tekstu, streszcza przeczytany tekst przekazując najważniejsze informacje, porządkuje fakty</w:t>
            </w:r>
          </w:p>
        </w:tc>
      </w:tr>
      <w:tr w:rsidR="00AE6156" w:rsidRPr="00E35DED" w14:paraId="5EF9E55F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0FF5C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lastRenderedPageBreak/>
              <w:t>Tworzenie wypowiedzi ustnych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F123DF" w14:textId="35164ADD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Samodzielnie, sprawnie i poprawnie realizuje pełny zakres działań: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opis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wygląd zewnętrzny i charakter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ludzi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i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awata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rów, opisuje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miejsc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 przedmiot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 ubra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nia, wymienia członków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rodziny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i ich opisuje pod kątem relacji rodzinnych, wyglądu zewnętrznego i charakteru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; inform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przynależności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rzeczy do osób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 położeniu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osób i przedmiotów względem siebie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określa ceny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opisuje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upodobani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a, wyraża stan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posiadan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ia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; przedstawia fakt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wymienia litery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alfabet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liter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 wyrazy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; wym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awia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ćwiczon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dźwię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ki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. Ponadto: opis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jedzeni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 szkoł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 okolic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miejsc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 mieście; przedstawi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fakt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posiłkach i sporcie; opowiada o rutynach, czasie wolnym i czynnościach wykonywanych teraz; wyraża upodoba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opini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udziela wskazówek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drogi</w:t>
            </w:r>
          </w:p>
        </w:tc>
      </w:tr>
      <w:tr w:rsidR="00AE6156" w:rsidRPr="00E35DED" w14:paraId="6D117A07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E152AA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pisemnych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D25D6" w14:textId="0768560D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Samodzielnie, sprawnie i poprawnie realizuje pełny zakres działań: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pisze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krótkie, proste, spójne i logiczne opisy siebie i innych osób, 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opisy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wyglądu, ubrań, charakteru, ulubionych przedmiotów i pokoju; przedstawia fakt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pochodzeniu, wieku i zainteresowaniach. Ponadto: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tworzy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krótkie, proste, spójne i logiczne opisy jedzenia, czynności i umiejętności; wypowi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ada się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zdrowym żywieniu i weekendzie;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pisze krótkie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wiadomości i pocztówk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 wakacji</w:t>
            </w:r>
            <w:r w:rsidR="003A12AC">
              <w:rPr>
                <w:rFonts w:asciiTheme="majorHAnsi" w:hAnsiTheme="majorHAnsi" w:cstheme="majorHAnsi"/>
                <w:sz w:val="22"/>
                <w:lang w:val="pl-PL"/>
              </w:rPr>
              <w:t>, tworzy projekt edukacyjny według podanych kryteriów</w:t>
            </w:r>
          </w:p>
        </w:tc>
      </w:tr>
      <w:tr w:rsidR="00AE6156" w:rsidRPr="00E35DED" w14:paraId="62D17211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33EFA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Reagowanie ustne i pisemne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3CDF9" w14:textId="1AFF061B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Samodzielnie, sprawnie i poprawnie realizuje pełny zakres działań: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przedstawia siebie i innych; rozpoczyna, prowadz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kończ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rozmowy; uzysk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danych personalnych, wieku, narodowości, pochodzeniu, miejscu pobytu, wyglądzie, ubiorze, zainteresowaniach, czasie, przedmiotach, cenach, posiadaniu i rodzinie; wyraża upodoba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; stos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form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grzecznościo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we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. Ponadto: uzysk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jedzeniu, czasie, czynnościach, umiejętnościach, sporcie i miejscach; wyraża opini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pragni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enia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życze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; pyta o pozwolenie; zamawia jedzeni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>; propon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wspólne spędzani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C45127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czasu; pyta o drogę i udziela wskazówek</w:t>
            </w:r>
            <w:r w:rsidR="00C45127">
              <w:rPr>
                <w:rFonts w:asciiTheme="majorHAnsi" w:hAnsiTheme="majorHAnsi" w:cstheme="majorHAnsi"/>
                <w:sz w:val="22"/>
                <w:lang w:val="pl-PL"/>
              </w:rPr>
              <w:t xml:space="preserve"> jak gdzieś dojść</w:t>
            </w:r>
          </w:p>
        </w:tc>
      </w:tr>
    </w:tbl>
    <w:p w14:paraId="13D83769" w14:textId="77777777" w:rsidR="0031464D" w:rsidRPr="00E35DED" w:rsidRDefault="0031464D">
      <w:pPr>
        <w:spacing w:after="20"/>
        <w:rPr>
          <w:rFonts w:asciiTheme="majorHAnsi" w:hAnsiTheme="majorHAnsi" w:cstheme="majorHAnsi"/>
          <w:sz w:val="22"/>
          <w:lang w:val="pl-PL"/>
        </w:rPr>
      </w:pPr>
    </w:p>
    <w:p w14:paraId="59375E88" w14:textId="77777777" w:rsidR="00AE6156" w:rsidRPr="00E35DED" w:rsidRDefault="00AE6156" w:rsidP="00AE6156">
      <w:pPr>
        <w:pStyle w:val="Nagwek2"/>
        <w:rPr>
          <w:rFonts w:cstheme="majorHAnsi"/>
          <w:sz w:val="22"/>
          <w:szCs w:val="22"/>
          <w:lang w:val="pl-PL"/>
        </w:rPr>
      </w:pPr>
      <w:r w:rsidRPr="00E35DED">
        <w:rPr>
          <w:rFonts w:cstheme="majorHAnsi"/>
          <w:sz w:val="22"/>
          <w:szCs w:val="22"/>
          <w:lang w:val="pl-PL"/>
        </w:rPr>
        <w:t>Ocena 4 - dobra</w:t>
      </w:r>
    </w:p>
    <w:p w14:paraId="3C3270E8" w14:textId="77777777" w:rsidR="00AE6156" w:rsidRPr="00E35DED" w:rsidRDefault="00AE6156" w:rsidP="00AE6156">
      <w:pPr>
        <w:rPr>
          <w:rFonts w:asciiTheme="majorHAnsi" w:hAnsiTheme="majorHAnsi" w:cstheme="majorHAnsi"/>
          <w:sz w:val="22"/>
          <w:lang w:val="pl-PL"/>
        </w:rPr>
      </w:pPr>
      <w:r w:rsidRPr="00E35DED">
        <w:rPr>
          <w:rFonts w:asciiTheme="majorHAnsi" w:hAnsiTheme="majorHAnsi" w:cstheme="majorHAnsi"/>
          <w:b/>
          <w:sz w:val="22"/>
          <w:lang w:val="pl-PL"/>
        </w:rPr>
        <w:t xml:space="preserve">Ogólny poziom spełnienia wymagań: </w:t>
      </w:r>
      <w:r w:rsidRPr="00E35DED">
        <w:rPr>
          <w:rFonts w:asciiTheme="majorHAnsi" w:hAnsiTheme="majorHAnsi" w:cstheme="majorHAnsi"/>
          <w:sz w:val="22"/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14:paraId="61A2743D" w14:textId="77777777" w:rsidR="00AE6156" w:rsidRPr="00E35DED" w:rsidRDefault="00AE6156" w:rsidP="00AE6156">
      <w:pPr>
        <w:spacing w:after="0"/>
        <w:rPr>
          <w:rFonts w:asciiTheme="majorHAnsi" w:hAnsiTheme="majorHAnsi" w:cstheme="majorHAnsi"/>
          <w:sz w:val="22"/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AE6156" w:rsidRPr="00E35DED" w14:paraId="3D0EFECF" w14:textId="77777777" w:rsidTr="006F3B54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2369B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</w:rPr>
              <w:t>Obszar</w:t>
            </w:r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05A81B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  <w:lang w:val="pl-PL"/>
              </w:rPr>
              <w:t>Wymagania niezbędne do otrzymania oceny</w:t>
            </w:r>
          </w:p>
        </w:tc>
      </w:tr>
      <w:tr w:rsidR="00AE6156" w:rsidRPr="00E35DED" w14:paraId="5A9DFD43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C2DBBA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Rozumienie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wypowiedzi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74318E" w14:textId="3EB7AA83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Na ogół samodzielnie i poprawnie realizuje większość działań: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reag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na polecenia; określa główn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l tekstu słuchanego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określa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cel rozmówcy, miejsce i  czas wypowiedzi i relacje między rozmówcami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wyszuk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szczegóło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we w tekście słuchanym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i na podstawie wysłuchanego tekstu</w:t>
            </w:r>
          </w:p>
        </w:tc>
      </w:tr>
      <w:tr w:rsidR="00AE6156" w:rsidRPr="00E35DED" w14:paraId="127A5D27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09CF20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Rozumienie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5BEC05" w14:textId="31901191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Na ogół samodzielnie i poprawnie realizuje większość działań: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określa główn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myśl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tekstu czytanego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cel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autora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czas  i miejsce wypowiedzi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rozpozna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związk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między częściami tekstu; wyszuk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konkretne informacje w tekście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ki na podstawie przeczytanego tekstu, streszcza przeczytany tekst przekazując najważniejsze informacje, porządkuje fakty</w:t>
            </w:r>
          </w:p>
        </w:tc>
      </w:tr>
      <w:tr w:rsidR="00AE6156" w:rsidRPr="00E35DED" w14:paraId="08C37C3D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5452C4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832D8" w14:textId="13759C24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Na ogół samodzielnie i poprawnie realizuje większość działań: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opis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wygląd zewnętrzny i charakter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ludzi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i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awata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rów, opisuje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miejsc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 przedmiot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 ubra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nia, wymienia członków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rodziny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i ich opisuje pod kątem relacji rodzinnych, wyglądu zewnętrznego i charakteru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inform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przynależności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rzeczy do osób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 położeniu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osób i przedmiotów względem siebie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określa ceny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opisuje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upodobani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a, wyraża stan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posiadan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ia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przedstawia fakt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wymienia litery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alfabet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liter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 wyrazy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wym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awia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ćwiczon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dźwię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ki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. Ponadto: opis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jedzeni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 szkoł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 okolic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miejsc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 mieście; przedstawi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fakt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posiłkach i sporcie; opowiada o rutynach, czasie wolnym i czynnościach wykonywanych teraz; wyraża upodoba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opini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udziela wskazówek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drogi</w:t>
            </w:r>
          </w:p>
        </w:tc>
      </w:tr>
      <w:tr w:rsidR="00AE6156" w:rsidRPr="00E35DED" w14:paraId="4553AF31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81D5B3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lastRenderedPageBreak/>
              <w:t>Tworzenie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00DF0" w14:textId="6F08B7D4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Na ogół samodzielnie i poprawnie realizuje większość działań: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pisze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krótkie, proste, spójne i logiczne opisy siebie i innych osób, 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opisy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wyglądu, ubrań, charakteru, ulubionych przedmiotów i pokoju; przedstawia fakt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pochodzeniu, wieku i zainteresowaniach. Ponadto: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tworzy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krótkie, proste, spójne i logiczne opisy jedzenia, czynności i umiejętności; wypowi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ada się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zdrowym żywieniu i weekendzie;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pisze krótkie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wiadomości i pocztówk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 wakacji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, tworzy projekt edukacyjny według podanych kryteriów</w:t>
            </w:r>
          </w:p>
        </w:tc>
      </w:tr>
      <w:tr w:rsidR="00AE6156" w:rsidRPr="00E35DED" w14:paraId="7044CA4E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74C012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Reagowanie ustne i pisemne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F94124" w14:textId="10AE68F2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Na ogół samodzielnie i poprawnie realizuje większość działań: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przedstawia siebie i innych; rozpoczyna, prowadz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kończ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rozmowy; uzysk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danych personalnych, wieku, narodowości, pochodzeniu, miejscu pobytu, wyglądzie, ubiorze, zainteresowaniach, czasie, przedmiotach, cenach, posiadaniu i rodzinie; wyraża upodoba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stos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form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grzecznościo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we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. Ponadto: uzysk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jedzeniu, czasie, czynnościach, umiejętnościach, sporcie i miejscach; wyraża opini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pragni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enia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życze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pyta o pozwolenie; zamawia jedzeni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>; propon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wspólne spędzani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7632E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czasu; pyta o drogę i udziela wskazówek</w:t>
            </w:r>
            <w:r w:rsidR="00F7632E">
              <w:rPr>
                <w:rFonts w:asciiTheme="majorHAnsi" w:hAnsiTheme="majorHAnsi" w:cstheme="majorHAnsi"/>
                <w:sz w:val="22"/>
                <w:lang w:val="pl-PL"/>
              </w:rPr>
              <w:t xml:space="preserve"> jak gdzieś dojść</w:t>
            </w:r>
          </w:p>
        </w:tc>
      </w:tr>
    </w:tbl>
    <w:p w14:paraId="63E81340" w14:textId="77777777" w:rsidR="00AE6156" w:rsidRPr="00E35DED" w:rsidRDefault="00AE6156" w:rsidP="00AE6156">
      <w:pPr>
        <w:rPr>
          <w:rFonts w:asciiTheme="majorHAnsi" w:hAnsiTheme="majorHAnsi" w:cstheme="majorHAnsi"/>
          <w:b/>
          <w:bCs/>
          <w:sz w:val="22"/>
          <w:lang w:val="pl-PL"/>
        </w:rPr>
      </w:pPr>
    </w:p>
    <w:p w14:paraId="6AAD4ECE" w14:textId="43991C86" w:rsidR="0031464D" w:rsidRPr="00E35DED" w:rsidRDefault="00126FF5" w:rsidP="00AE6156">
      <w:pPr>
        <w:rPr>
          <w:rFonts w:asciiTheme="majorHAnsi" w:hAnsiTheme="majorHAnsi" w:cstheme="majorHAnsi"/>
          <w:b/>
          <w:bCs/>
          <w:sz w:val="22"/>
          <w:lang w:val="pl-PL"/>
        </w:rPr>
      </w:pPr>
      <w:r w:rsidRPr="00E35DED">
        <w:rPr>
          <w:rFonts w:asciiTheme="majorHAnsi" w:hAnsiTheme="majorHAnsi" w:cstheme="majorHAnsi"/>
          <w:b/>
          <w:bCs/>
          <w:sz w:val="22"/>
          <w:lang w:val="pl-PL"/>
        </w:rPr>
        <w:t>Ocena 3 - dostateczna</w:t>
      </w:r>
    </w:p>
    <w:p w14:paraId="15B512F3" w14:textId="77777777" w:rsidR="0031464D" w:rsidRPr="00E35DED" w:rsidRDefault="00126FF5">
      <w:pPr>
        <w:rPr>
          <w:rFonts w:asciiTheme="majorHAnsi" w:hAnsiTheme="majorHAnsi" w:cstheme="majorHAnsi"/>
          <w:sz w:val="22"/>
          <w:lang w:val="pl-PL"/>
        </w:rPr>
      </w:pPr>
      <w:r w:rsidRPr="00E35DED">
        <w:rPr>
          <w:rFonts w:asciiTheme="majorHAnsi" w:hAnsiTheme="majorHAnsi" w:cstheme="majorHAnsi"/>
          <w:b/>
          <w:sz w:val="22"/>
          <w:lang w:val="pl-PL"/>
        </w:rPr>
        <w:t xml:space="preserve">Ogólny poziom spełnienia wymagań: </w:t>
      </w:r>
      <w:r w:rsidRPr="00E35DED">
        <w:rPr>
          <w:rFonts w:asciiTheme="majorHAnsi" w:hAnsiTheme="majorHAnsi" w:cstheme="majorHAnsi"/>
          <w:sz w:val="22"/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14:paraId="469B957E" w14:textId="77777777" w:rsidR="0031464D" w:rsidRPr="00E35DED" w:rsidRDefault="0031464D">
      <w:pPr>
        <w:spacing w:after="0"/>
        <w:rPr>
          <w:rFonts w:asciiTheme="majorHAnsi" w:hAnsiTheme="majorHAnsi" w:cstheme="majorHAnsi"/>
          <w:sz w:val="22"/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31464D" w:rsidRPr="00E35DED" w14:paraId="3B5C6880" w14:textId="77777777" w:rsidTr="006F3B54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2D8F1" w14:textId="7777777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</w:rPr>
              <w:t>Obszar</w:t>
            </w:r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096B0C" w14:textId="7777777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  <w:lang w:val="pl-PL"/>
              </w:rPr>
              <w:t>Wymagania niezbędne do otrzymania oceny</w:t>
            </w:r>
          </w:p>
        </w:tc>
      </w:tr>
      <w:tr w:rsidR="0031464D" w:rsidRPr="00E35DED" w14:paraId="5788FF25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B25C02" w14:textId="7777777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Rozumienie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wypowiedzi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0A00D" w14:textId="32DBB30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W prostych, typowych zadaniach, czasem z pomocą, realizuje podstawowe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reag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na polecenia; określa główn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l tekstu słuchanego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określa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cel rozmówcy, miejsce i  czas wypowiedzi i relacje między rozmówcami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wyszuk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szczegóło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we w tekście słuchanym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i na podstawie wysłuchanego tekstu</w:t>
            </w:r>
          </w:p>
        </w:tc>
      </w:tr>
      <w:tr w:rsidR="0031464D" w:rsidRPr="00E35DED" w14:paraId="5F8E7696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B101FD" w14:textId="7777777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Rozumienie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60EB1" w14:textId="230A1969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W prostych, typowych zadaniach, czasem z pomocą, realizuje podstawowe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określa główn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myśl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tekstu czytanego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cel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autora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czas  i miejsce wypowiedzi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rozpozna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związk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między częściami tekstu; wyszuk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konkretne informacje w tekście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wyciąga wnios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ki na podstawie przeczytanego tekstu, streszcza przeczytany tekst przekazując najważniejsze informacje, porządkuje fakty</w:t>
            </w:r>
          </w:p>
        </w:tc>
      </w:tr>
      <w:tr w:rsidR="0031464D" w:rsidRPr="00E35DED" w14:paraId="23B78B99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853F9" w14:textId="7777777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6A5E7B" w14:textId="307797B9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W prostych, typowych zadaniach, czasem z pomocą, realizuje podstawowe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opis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wygląd zewnętrzny i charakter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ludzi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awata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rów, opisuje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miejsc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przedmiot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ubra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nia, wymienia członków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rodziny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i ich opisuje pod kątem relacji rodzinnych, wyglądu zewnętrznego i charakteru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inform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przynależności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rzeczy do osób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położeniu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osób i przedmiotów względem siebie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określa ceny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opisuje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upodobani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a, wyraża stan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posiadan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przedstawia fakt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wymienia litery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alfabet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liter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 wyrazy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wym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awia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ćwiczon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dźwię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ki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. Ponadto: opis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jedzeni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szkoł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okolic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miejsc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 mieście; przedstawi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fakt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posiłkach i sporcie; opowiada o rutynach, czasie wolnym i czynnościach wykonywanych teraz; wyraża upodoba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opini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udziela wskazówek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drogi</w:t>
            </w:r>
          </w:p>
        </w:tc>
      </w:tr>
      <w:tr w:rsidR="0031464D" w:rsidRPr="00E35DED" w14:paraId="257D0CC9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732A3F" w14:textId="7777777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289F89" w14:textId="77411473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W prostych, typowych zadaniach, czasem z pomocą, realizuje podstawowe działania: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pisze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krótkie, proste, spójne i logiczne opisy siebie i innych osób,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opisy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wyglądu, ubrań, charakteru, ulubionych przedmiotów i pokoju; przedstawia fakt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pochodzeniu, wieku i zainteresowaniach. Ponadto: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tworzy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krótkie, proste, spójne i logiczne opisy jedzenia, czynności i umiejętności; wypowi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ada się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zdrowym żywieniu i weekendzie;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pisze krótkie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wiadomości i pocztówk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 wakacji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, tworzy projekt edukacyjny według podanych kryteriów</w:t>
            </w:r>
          </w:p>
        </w:tc>
      </w:tr>
      <w:tr w:rsidR="0031464D" w:rsidRPr="00E35DED" w14:paraId="3A01322B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602F78" w14:textId="77777777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lastRenderedPageBreak/>
              <w:t>Reagowanie ustne i pisemne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09EE22" w14:textId="4F0C8AEA" w:rsidR="0031464D" w:rsidRPr="00E35DED" w:rsidRDefault="00126FF5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W prostych, typowych zadaniach, czasem z pomocą, realizuje podstawowe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przedstawia siebie i innych; rozpoczyna, prowadz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kończ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rozmowy; uzysk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danych personalnych, wieku, narodowości, pochodzeniu, miejscu pobytu, wyglądzie, ubiorze, zainteresowaniach, czasie, przedmiotach, cenach, posiadaniu i rodzinie; wyraża upodoba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stos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form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grzecznościo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we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. Ponadto: uzysk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jedzeniu, czasie, czynnościach, umiejętnościach, sporcie i miejscach; wyraża opini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pragni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enia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życze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pyta o pozwolenie; zamawia jedzeni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propon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wspólne spędzani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czasu; pyta o drogę i udziela wskazówek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jak gdzieś dojść</w:t>
            </w:r>
          </w:p>
        </w:tc>
      </w:tr>
    </w:tbl>
    <w:p w14:paraId="721BA6CC" w14:textId="77777777" w:rsidR="0031464D" w:rsidRPr="00E35DED" w:rsidRDefault="0031464D">
      <w:pPr>
        <w:spacing w:after="20"/>
        <w:rPr>
          <w:rFonts w:asciiTheme="majorHAnsi" w:hAnsiTheme="majorHAnsi" w:cstheme="majorHAnsi"/>
          <w:sz w:val="22"/>
          <w:lang w:val="pl-PL"/>
        </w:rPr>
      </w:pPr>
    </w:p>
    <w:p w14:paraId="3DADD19E" w14:textId="7263C093" w:rsidR="00AE6156" w:rsidRPr="00E35DED" w:rsidRDefault="00AE6156" w:rsidP="00AE6156">
      <w:pPr>
        <w:rPr>
          <w:rFonts w:asciiTheme="majorHAnsi" w:hAnsiTheme="majorHAnsi" w:cstheme="majorHAnsi"/>
          <w:b/>
          <w:bCs/>
          <w:sz w:val="22"/>
          <w:lang w:val="pl-PL"/>
        </w:rPr>
      </w:pPr>
      <w:r w:rsidRPr="00E35DED">
        <w:rPr>
          <w:rFonts w:asciiTheme="majorHAnsi" w:hAnsiTheme="majorHAnsi" w:cstheme="majorHAnsi"/>
          <w:b/>
          <w:bCs/>
          <w:sz w:val="22"/>
          <w:lang w:val="pl-PL"/>
        </w:rPr>
        <w:t>Ocena 2 - dopuszczająca</w:t>
      </w:r>
    </w:p>
    <w:p w14:paraId="504F7570" w14:textId="48E55A48" w:rsidR="00AE6156" w:rsidRPr="00E35DED" w:rsidRDefault="00AE6156" w:rsidP="00AE6156">
      <w:pPr>
        <w:rPr>
          <w:rFonts w:asciiTheme="majorHAnsi" w:hAnsiTheme="majorHAnsi" w:cstheme="majorHAnsi"/>
          <w:sz w:val="22"/>
          <w:lang w:val="pl-PL"/>
        </w:rPr>
      </w:pPr>
      <w:r w:rsidRPr="00E35DED">
        <w:rPr>
          <w:rFonts w:asciiTheme="majorHAnsi" w:hAnsiTheme="majorHAnsi" w:cstheme="majorHAnsi"/>
          <w:b/>
          <w:sz w:val="22"/>
          <w:lang w:val="pl-PL"/>
        </w:rPr>
        <w:t xml:space="preserve">Ogólny poziom spełnienia wymagań: </w:t>
      </w:r>
      <w:r w:rsidRPr="00E35DED">
        <w:rPr>
          <w:rFonts w:asciiTheme="majorHAnsi" w:hAnsiTheme="majorHAnsi" w:cstheme="majorHAnsi"/>
          <w:sz w:val="22"/>
          <w:lang w:val="pl-PL"/>
        </w:rPr>
        <w:t xml:space="preserve">opanował wymagania w bardzo ograniczonym zakresie; wykonuje najprostsze zadania głównie z pomocą, posługuje się pojedynczymi słowami i </w:t>
      </w:r>
      <w:r w:rsidR="00F3421C">
        <w:rPr>
          <w:rFonts w:asciiTheme="majorHAnsi" w:hAnsiTheme="majorHAnsi" w:cstheme="majorHAnsi"/>
          <w:sz w:val="22"/>
          <w:lang w:val="pl-PL"/>
        </w:rPr>
        <w:t>strukturami</w:t>
      </w:r>
      <w:r w:rsidRPr="00E35DED">
        <w:rPr>
          <w:rFonts w:asciiTheme="majorHAnsi" w:hAnsiTheme="majorHAnsi" w:cstheme="majorHAnsi"/>
          <w:sz w:val="22"/>
          <w:lang w:val="pl-PL"/>
        </w:rPr>
        <w:t>, a liczne błędy często zakłócają komunikację.</w:t>
      </w:r>
    </w:p>
    <w:p w14:paraId="09D417ED" w14:textId="77777777" w:rsidR="00AE6156" w:rsidRPr="00E35DED" w:rsidRDefault="00AE6156" w:rsidP="00AE6156">
      <w:pPr>
        <w:spacing w:after="0"/>
        <w:rPr>
          <w:rFonts w:asciiTheme="majorHAnsi" w:hAnsiTheme="majorHAnsi" w:cstheme="majorHAnsi"/>
          <w:sz w:val="22"/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AE6156" w:rsidRPr="00E35DED" w14:paraId="583F1DB1" w14:textId="77777777" w:rsidTr="006F3B54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A68756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</w:rPr>
              <w:t>Obszar</w:t>
            </w:r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A2B67A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b/>
                <w:color w:val="FFFFFF"/>
                <w:sz w:val="22"/>
                <w:lang w:val="pl-PL"/>
              </w:rPr>
              <w:t>Wymagania niezbędne do otrzymania oceny</w:t>
            </w:r>
          </w:p>
        </w:tc>
      </w:tr>
      <w:tr w:rsidR="00AE6156" w:rsidRPr="00E35DED" w14:paraId="06255534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65316F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Rozumienie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wypowiedzi</w:t>
            </w:r>
            <w:proofErr w:type="spellEnd"/>
            <w:r w:rsidRPr="00E35DED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E35DED">
              <w:rPr>
                <w:rFonts w:asciiTheme="majorHAnsi" w:hAnsiTheme="majorHAnsi" w:cstheme="majorHAnsi"/>
                <w:b/>
                <w:sz w:val="22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263DFF" w14:textId="4FF1547F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Z dużą pomocą i z licznymi błędami realizuje wybrane, najprostsze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reag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na polecenia; określa główn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l tekstu słuchanego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określa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cel rozmówcy, miejsce i  czas wypowiedzi i relacje między rozmówcami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wyszuk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szczegóło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we w tekście słuchanym</w:t>
            </w:r>
          </w:p>
        </w:tc>
      </w:tr>
      <w:tr w:rsidR="00AE6156" w:rsidRPr="00E35DED" w14:paraId="53EEFFE5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425F37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Rozumienie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BAB14" w14:textId="2729AC9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Z dużą pomocą i z licznymi błędami realizuje wybrane, najprostsze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określa główn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ą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myśl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tekstu czytanego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,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cel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autora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czas  i miejsce wypowiedzi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rozpozna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związk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między częściami tekstu; wyszuk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konkretne informacje w tekście</w:t>
            </w:r>
          </w:p>
        </w:tc>
      </w:tr>
      <w:tr w:rsidR="00AE6156" w:rsidRPr="00E35DED" w14:paraId="44EEC137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DBE809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614DB4" w14:textId="0A293D19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Z dużą pomocą i z licznymi błędami realizuje wybrane, najprostsze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opis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wygląd zewnętrzny i charakter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ludzi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awata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rów, opisuje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miejsc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przedmiot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ubra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nia, wymienia członków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rodziny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i ich opisuje pod kątem relacji rodzinnych, wyglądu zewnętrznego i charakteru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inform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przynależności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rzeczy do osób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 położeniu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osób i przedmiotów względem siebie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określa ceny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opisuje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upodobani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a, wyraża stan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posiadan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przedstawia fakt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;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wymienia litery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alfabet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wym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awia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ćwiczon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dźwię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ki</w:t>
            </w:r>
          </w:p>
        </w:tc>
      </w:tr>
      <w:tr w:rsidR="00AE6156" w:rsidRPr="00E35DED" w14:paraId="723442F1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77381F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Tworzenie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0A844" w14:textId="1335C34F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Z dużą pomocą i z licznymi błędami realizuje wybrane, najprostsze działania: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pisze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krótkie, proste, spójne i logiczne opisy siebie i innych osób, 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opisy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wyglądu, ubrań, charakteru, ulubionych przedmiotów i pokoju; przedstawia fakt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pochodzeniu, wieku i zainteresowaniach. Ponadto: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pisze krótkie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wiadomości i pocztówk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ę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z wakacji</w:t>
            </w:r>
          </w:p>
        </w:tc>
      </w:tr>
      <w:tr w:rsidR="00AE6156" w:rsidRPr="00E35DED" w14:paraId="4D1ADD10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F91CB2" w14:textId="77777777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</w:rPr>
            </w:pPr>
            <w:r w:rsidRPr="00E35DED">
              <w:rPr>
                <w:rFonts w:asciiTheme="majorHAnsi" w:hAnsiTheme="majorHAnsi" w:cstheme="majorHAnsi"/>
                <w:b/>
                <w:sz w:val="22"/>
              </w:rPr>
              <w:t>Reagowanie ustne i pisemne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CED053" w14:textId="7D5CFF78" w:rsidR="00AE6156" w:rsidRPr="00E35DED" w:rsidRDefault="00AE6156" w:rsidP="00F5229B">
            <w:pPr>
              <w:spacing w:after="30" w:line="240" w:lineRule="auto"/>
              <w:rPr>
                <w:rFonts w:asciiTheme="majorHAnsi" w:hAnsiTheme="majorHAnsi" w:cstheme="majorHAnsi"/>
                <w:sz w:val="22"/>
                <w:lang w:val="pl-PL"/>
              </w:rPr>
            </w:pPr>
            <w:r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Z dużą pomocą i z licznymi błędami realizuje wybrane, najprostsze działania: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przedstawia siebie i innych; rozpoczyna, prowadz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i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kończ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rozmowy; uzysk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danych personalnych, wieku, narodowości, pochodzeniu, miejscu pobytu, wyglądzie, ubiorze, zainteresowaniach, czasie, przedmiotach, cenach, posiadaniu i rodzinie; wyraża upodoba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stos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form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y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grzecznościo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we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. Ponadto: uzysk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przekaz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informacj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o jedzeniu, czasie, czynnościach, umiejętnościach, sporcie i miejscach; wyraża opini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,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pragni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enia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i życze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nia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pyta o pozwolenie; zamawia jedzeni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>; propon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uje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wspólne spędzani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e</w:t>
            </w:r>
            <w:r w:rsidR="00F3421C" w:rsidRPr="00E35DED">
              <w:rPr>
                <w:rFonts w:asciiTheme="majorHAnsi" w:hAnsiTheme="majorHAnsi" w:cstheme="majorHAnsi"/>
                <w:sz w:val="22"/>
                <w:lang w:val="pl-PL"/>
              </w:rPr>
              <w:t xml:space="preserve"> czasu; pyta o dr</w:t>
            </w:r>
            <w:r w:rsidR="00F3421C">
              <w:rPr>
                <w:rFonts w:asciiTheme="majorHAnsi" w:hAnsiTheme="majorHAnsi" w:cstheme="majorHAnsi"/>
                <w:sz w:val="22"/>
                <w:lang w:val="pl-PL"/>
              </w:rPr>
              <w:t>ogę</w:t>
            </w:r>
          </w:p>
        </w:tc>
      </w:tr>
    </w:tbl>
    <w:p w14:paraId="292B6E6F" w14:textId="208D83F4" w:rsidR="003E4AAF" w:rsidRPr="00E35DED" w:rsidRDefault="003E4AAF" w:rsidP="003E4AAF">
      <w:pPr>
        <w:rPr>
          <w:rFonts w:asciiTheme="majorHAnsi" w:hAnsiTheme="majorHAnsi" w:cstheme="majorHAnsi"/>
          <w:sz w:val="22"/>
          <w:lang w:val="pl-PL"/>
        </w:rPr>
      </w:pPr>
    </w:p>
    <w:sectPr w:rsidR="003E4AAF" w:rsidRPr="00E35DED" w:rsidSect="00034616">
      <w:head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8C261" w14:textId="77777777" w:rsidR="00C43D95" w:rsidRDefault="00C43D95">
      <w:pPr>
        <w:spacing w:after="0" w:line="240" w:lineRule="auto"/>
      </w:pPr>
      <w:r>
        <w:separator/>
      </w:r>
    </w:p>
  </w:endnote>
  <w:endnote w:type="continuationSeparator" w:id="0">
    <w:p w14:paraId="0C9F0DB7" w14:textId="77777777" w:rsidR="00C43D95" w:rsidRDefault="00C43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6B7B4" w14:textId="77777777" w:rsidR="00C43D95" w:rsidRDefault="00C43D95">
      <w:pPr>
        <w:spacing w:after="0" w:line="240" w:lineRule="auto"/>
      </w:pPr>
      <w:r>
        <w:separator/>
      </w:r>
    </w:p>
  </w:footnote>
  <w:footnote w:type="continuationSeparator" w:id="0">
    <w:p w14:paraId="3200E30F" w14:textId="77777777" w:rsidR="00C43D95" w:rsidRDefault="00C43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FF20" w14:textId="76F99990" w:rsidR="0031464D" w:rsidRDefault="0031464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DF4943"/>
    <w:multiLevelType w:val="multilevel"/>
    <w:tmpl w:val="8ED6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17133">
    <w:abstractNumId w:val="8"/>
  </w:num>
  <w:num w:numId="2" w16cid:durableId="649330747">
    <w:abstractNumId w:val="6"/>
  </w:num>
  <w:num w:numId="3" w16cid:durableId="458577196">
    <w:abstractNumId w:val="5"/>
  </w:num>
  <w:num w:numId="4" w16cid:durableId="1047147854">
    <w:abstractNumId w:val="4"/>
  </w:num>
  <w:num w:numId="5" w16cid:durableId="156308904">
    <w:abstractNumId w:val="7"/>
  </w:num>
  <w:num w:numId="6" w16cid:durableId="311716386">
    <w:abstractNumId w:val="3"/>
  </w:num>
  <w:num w:numId="7" w16cid:durableId="1318071500">
    <w:abstractNumId w:val="2"/>
  </w:num>
  <w:num w:numId="8" w16cid:durableId="1531988258">
    <w:abstractNumId w:val="1"/>
  </w:num>
  <w:num w:numId="9" w16cid:durableId="493686930">
    <w:abstractNumId w:val="0"/>
  </w:num>
  <w:num w:numId="10" w16cid:durableId="7663866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232A"/>
    <w:rsid w:val="00126FF5"/>
    <w:rsid w:val="0015074B"/>
    <w:rsid w:val="00172D41"/>
    <w:rsid w:val="001F12BE"/>
    <w:rsid w:val="00290506"/>
    <w:rsid w:val="0029639D"/>
    <w:rsid w:val="003003F5"/>
    <w:rsid w:val="0031464D"/>
    <w:rsid w:val="00326F90"/>
    <w:rsid w:val="003A12AC"/>
    <w:rsid w:val="003E4AAF"/>
    <w:rsid w:val="0047469B"/>
    <w:rsid w:val="004921D0"/>
    <w:rsid w:val="00624297"/>
    <w:rsid w:val="006C3F85"/>
    <w:rsid w:val="006D43DA"/>
    <w:rsid w:val="006F3B54"/>
    <w:rsid w:val="00816B8D"/>
    <w:rsid w:val="0087685F"/>
    <w:rsid w:val="00A661AE"/>
    <w:rsid w:val="00AA1802"/>
    <w:rsid w:val="00AA1D8D"/>
    <w:rsid w:val="00AE6156"/>
    <w:rsid w:val="00B47730"/>
    <w:rsid w:val="00B63492"/>
    <w:rsid w:val="00B82DE0"/>
    <w:rsid w:val="00C43D95"/>
    <w:rsid w:val="00C45127"/>
    <w:rsid w:val="00C733F8"/>
    <w:rsid w:val="00C850AF"/>
    <w:rsid w:val="00CB0664"/>
    <w:rsid w:val="00E35DED"/>
    <w:rsid w:val="00E45755"/>
    <w:rsid w:val="00F3421C"/>
    <w:rsid w:val="00F67D91"/>
    <w:rsid w:val="00F763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1C6F2"/>
  <w14:defaultImageDpi w14:val="300"/>
  <w15:docId w15:val="{DCD609F6-32A2-4CAA-AF96-B0C6044C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C00000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C00000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C00000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ymaganie">
    <w:name w:val="Wymaganie"/>
    <w:pPr>
      <w:spacing w:after="30"/>
      <w:ind w:left="198" w:hanging="125"/>
    </w:pPr>
    <w:rPr>
      <w:rFonts w:ascii="Aptos" w:hAnsi="Aptos"/>
      <w:sz w:val="18"/>
    </w:rPr>
  </w:style>
  <w:style w:type="paragraph" w:customStyle="1" w:styleId="paragraph">
    <w:name w:val="paragraph"/>
    <w:basedOn w:val="Normalny"/>
    <w:rsid w:val="00A66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2370</Words>
  <Characters>14222</Characters>
  <Application>Microsoft Office Word</Application>
  <DocSecurity>4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Together 1 - wymagania edukacyjne na oceny 1-6</vt:lpstr>
      <vt:lpstr/>
    </vt:vector>
  </TitlesOfParts>
  <Manager/>
  <Company/>
  <LinksUpToDate>false</LinksUpToDate>
  <CharactersWithSpaces>16559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Together 1 - wymagania edukacyjne na oceny 1-6</dc:title>
  <dc:subject>Wymagania śródroczne i roczne dla klasy 4</dc:subject>
  <dc:creator>Dominika Kretkowska</dc:creator>
  <cp:keywords/>
  <dc:description>generated by python-docx</dc:description>
  <cp:lastModifiedBy>Hanna Jarczak</cp:lastModifiedBy>
  <cp:revision>2</cp:revision>
  <dcterms:created xsi:type="dcterms:W3CDTF">2026-09-10T18:59:00Z</dcterms:created>
  <dcterms:modified xsi:type="dcterms:W3CDTF">2026-09-10T18:59:00Z</dcterms:modified>
  <cp:category/>
</cp:coreProperties>
</file>